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2EEEC" w14:textId="77777777" w:rsidR="00AB0C5B" w:rsidRDefault="00AB0C5B">
      <w:pPr>
        <w:pStyle w:val="Heading1"/>
        <w:jc w:val="center"/>
        <w:rPr>
          <w:lang w:val="ro-RO"/>
        </w:rPr>
      </w:pPr>
    </w:p>
    <w:p w14:paraId="497331C9" w14:textId="77777777" w:rsidR="00ED086E" w:rsidRDefault="00ED086E" w:rsidP="00ED086E">
      <w:pPr>
        <w:rPr>
          <w:lang w:val="ro-RO"/>
        </w:rPr>
      </w:pPr>
    </w:p>
    <w:p w14:paraId="2154EDCB" w14:textId="77777777" w:rsidR="00ED086E" w:rsidRPr="00ED086E" w:rsidRDefault="00ED086E" w:rsidP="00ED086E">
      <w:pPr>
        <w:rPr>
          <w:lang w:val="ro-RO"/>
        </w:rPr>
      </w:pPr>
    </w:p>
    <w:p w14:paraId="1723D7E6" w14:textId="77777777" w:rsidR="00ED086E" w:rsidRDefault="00ED086E" w:rsidP="00ED086E">
      <w:pPr>
        <w:rPr>
          <w:lang w:val="ro-RO"/>
        </w:rPr>
      </w:pPr>
    </w:p>
    <w:p w14:paraId="06AAC47C" w14:textId="77777777" w:rsidR="00ED086E" w:rsidRPr="00ED086E" w:rsidRDefault="00ED086E" w:rsidP="00ED086E">
      <w:pPr>
        <w:rPr>
          <w:lang w:val="ro-RO"/>
        </w:rPr>
      </w:pPr>
    </w:p>
    <w:p w14:paraId="17BBBF04" w14:textId="002E6A77" w:rsidR="00444B98" w:rsidRDefault="00000000">
      <w:pPr>
        <w:pStyle w:val="Heading1"/>
        <w:jc w:val="center"/>
        <w:rPr>
          <w:lang w:val="ro-RO"/>
        </w:rPr>
      </w:pPr>
      <w:r w:rsidRPr="00AB0C5B">
        <w:rPr>
          <w:lang w:val="ro-RO"/>
        </w:rPr>
        <w:t xml:space="preserve">Informare </w:t>
      </w:r>
      <w:r w:rsidR="00AB0C5B" w:rsidRPr="00AB0C5B">
        <w:rPr>
          <w:lang w:val="ro-RO"/>
        </w:rPr>
        <w:t>ş</w:t>
      </w:r>
      <w:r w:rsidRPr="00AB0C5B">
        <w:rPr>
          <w:lang w:val="ro-RO"/>
        </w:rPr>
        <w:t>i acord privind prelucrarea datelor cu caracter personal</w:t>
      </w:r>
    </w:p>
    <w:p w14:paraId="2690FFDC" w14:textId="77777777" w:rsidR="00ED086E" w:rsidRDefault="00ED086E" w:rsidP="00ED086E">
      <w:pPr>
        <w:rPr>
          <w:lang w:val="ro-RO"/>
        </w:rPr>
      </w:pPr>
    </w:p>
    <w:p w14:paraId="5ACB2736" w14:textId="77777777" w:rsidR="00ED086E" w:rsidRPr="00ED086E" w:rsidRDefault="00ED086E" w:rsidP="00ED086E">
      <w:pPr>
        <w:rPr>
          <w:lang w:val="ro-RO"/>
        </w:rPr>
      </w:pPr>
    </w:p>
    <w:p w14:paraId="189BB0FB" w14:textId="56DEBD0D" w:rsidR="00444B98" w:rsidRPr="00AB0C5B" w:rsidRDefault="00000000" w:rsidP="006C5592">
      <w:pPr>
        <w:jc w:val="both"/>
        <w:rPr>
          <w:lang w:val="ro-RO"/>
        </w:rPr>
      </w:pPr>
      <w:r w:rsidRPr="00AB0C5B">
        <w:rPr>
          <w:lang w:val="ro-RO"/>
        </w:rPr>
        <w:t>AJOFM</w:t>
      </w:r>
      <w:r w:rsidR="006C5592">
        <w:rPr>
          <w:lang w:val="ro-RO"/>
        </w:rPr>
        <w:t xml:space="preserve"> Mehedinţi</w:t>
      </w:r>
      <w:r w:rsidRPr="00AB0C5B">
        <w:rPr>
          <w:lang w:val="ro-RO"/>
        </w:rPr>
        <w:t xml:space="preserve"> prelucrează datele cu caracter personal furnizate prin dosarul de transfer la cerere exclusiv în scopul organizării și desfășurării procedurii de verificare a condițiilor de realizare a transferului și a competențelor specifice, al comunicării rezultatelor, al soluționării contestațiilor și al îndeplinirii obligațiilor legale privind evidența și arhivarea documentelor.</w:t>
      </w:r>
    </w:p>
    <w:p w14:paraId="03329F75" w14:textId="77777777" w:rsidR="00ED086E" w:rsidRDefault="00ED086E" w:rsidP="006C5592">
      <w:pPr>
        <w:jc w:val="both"/>
        <w:rPr>
          <w:lang w:val="ro-RO"/>
        </w:rPr>
      </w:pPr>
    </w:p>
    <w:p w14:paraId="27E14D53" w14:textId="2C8847AE" w:rsidR="00444B98" w:rsidRPr="00AB0C5B" w:rsidRDefault="00000000" w:rsidP="006C5592">
      <w:pPr>
        <w:jc w:val="both"/>
        <w:rPr>
          <w:lang w:val="ro-RO"/>
        </w:rPr>
      </w:pPr>
      <w:r w:rsidRPr="00AB0C5B">
        <w:rPr>
          <w:lang w:val="ro-RO"/>
        </w:rPr>
        <w:t>Temeiul prelucrării îl constituie îndeplinirea unei obligații legale și exercitarea autorității publice, în conformitate cu Regulamentul (UE) 2016/679 și cu legislația națională aplicabilă. Datele pot fi comunicate membrilor comisiilor, experților, structurilor de resurse umane, conducerii instituției și altor autorități publice, în condițiile legii.</w:t>
      </w:r>
    </w:p>
    <w:p w14:paraId="77731970" w14:textId="77777777" w:rsidR="00ED086E" w:rsidRDefault="00ED086E" w:rsidP="006C5592">
      <w:pPr>
        <w:jc w:val="both"/>
        <w:rPr>
          <w:lang w:val="ro-RO"/>
        </w:rPr>
      </w:pPr>
    </w:p>
    <w:p w14:paraId="09602F37" w14:textId="481C0EDD" w:rsidR="00444B98" w:rsidRPr="00AB0C5B" w:rsidRDefault="00000000" w:rsidP="006C5592">
      <w:pPr>
        <w:jc w:val="both"/>
        <w:rPr>
          <w:lang w:val="ro-RO"/>
        </w:rPr>
      </w:pPr>
      <w:r w:rsidRPr="00AB0C5B">
        <w:rPr>
          <w:lang w:val="ro-RO"/>
        </w:rPr>
        <w:t>Subsemnatul/Subsemnata ______________________________________________ declar că am luat cunoștință de informarea privind prelucrarea datelor cu caracter personal și sunt de acord cu prelucrarea datelor furnizate în scopurile menționate mai sus, în măsura în care acordul este necesar potrivit legii.</w:t>
      </w:r>
    </w:p>
    <w:p w14:paraId="6EB504AE" w14:textId="77777777" w:rsidR="00ED086E" w:rsidRDefault="00ED086E" w:rsidP="00B44946">
      <w:pPr>
        <w:rPr>
          <w:lang w:val="ro-RO"/>
        </w:rPr>
      </w:pPr>
    </w:p>
    <w:p w14:paraId="4C695667" w14:textId="77777777" w:rsidR="00ED086E" w:rsidRDefault="00ED086E" w:rsidP="00B44946">
      <w:pPr>
        <w:rPr>
          <w:lang w:val="ro-RO"/>
        </w:rPr>
      </w:pPr>
    </w:p>
    <w:p w14:paraId="1393EA18" w14:textId="77777777" w:rsidR="00ED086E" w:rsidRDefault="00ED086E" w:rsidP="00B44946">
      <w:pPr>
        <w:rPr>
          <w:lang w:val="ro-RO"/>
        </w:rPr>
      </w:pPr>
    </w:p>
    <w:p w14:paraId="49FFFE16" w14:textId="002481CB" w:rsidR="00444B98" w:rsidRPr="00AB0C5B" w:rsidRDefault="00000000" w:rsidP="00B44946">
      <w:pPr>
        <w:rPr>
          <w:lang w:val="ro-RO"/>
        </w:rPr>
      </w:pPr>
      <w:r w:rsidRPr="00AB0C5B">
        <w:rPr>
          <w:lang w:val="ro-RO"/>
        </w:rPr>
        <w:t>Data: ____________________                         Semnătura: ____________________</w:t>
      </w:r>
    </w:p>
    <w:sectPr w:rsidR="00444B98" w:rsidRPr="00AB0C5B" w:rsidSect="00AB0C5B">
      <w:pgSz w:w="12240" w:h="15840"/>
      <w:pgMar w:top="1020" w:right="1134" w:bottom="568"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54D57" w14:textId="77777777" w:rsidR="00C11CAC" w:rsidRDefault="00C11CAC">
      <w:pPr>
        <w:spacing w:after="0" w:line="240" w:lineRule="auto"/>
      </w:pPr>
      <w:r>
        <w:separator/>
      </w:r>
    </w:p>
  </w:endnote>
  <w:endnote w:type="continuationSeparator" w:id="0">
    <w:p w14:paraId="58A6961E" w14:textId="77777777" w:rsidR="00C11CAC" w:rsidRDefault="00C11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B6314" w14:textId="77777777" w:rsidR="00C11CAC" w:rsidRDefault="00C11CAC">
      <w:pPr>
        <w:spacing w:after="0" w:line="240" w:lineRule="auto"/>
      </w:pPr>
      <w:r>
        <w:separator/>
      </w:r>
    </w:p>
  </w:footnote>
  <w:footnote w:type="continuationSeparator" w:id="0">
    <w:p w14:paraId="488224D5" w14:textId="77777777" w:rsidR="00C11CAC" w:rsidRDefault="00C11C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19674226">
    <w:abstractNumId w:val="8"/>
  </w:num>
  <w:num w:numId="2" w16cid:durableId="536820574">
    <w:abstractNumId w:val="6"/>
  </w:num>
  <w:num w:numId="3" w16cid:durableId="1183787061">
    <w:abstractNumId w:val="5"/>
  </w:num>
  <w:num w:numId="4" w16cid:durableId="11611058">
    <w:abstractNumId w:val="4"/>
  </w:num>
  <w:num w:numId="5" w16cid:durableId="756755511">
    <w:abstractNumId w:val="7"/>
  </w:num>
  <w:num w:numId="6" w16cid:durableId="1435663010">
    <w:abstractNumId w:val="3"/>
  </w:num>
  <w:num w:numId="7" w16cid:durableId="478035186">
    <w:abstractNumId w:val="2"/>
  </w:num>
  <w:num w:numId="8" w16cid:durableId="686054587">
    <w:abstractNumId w:val="1"/>
  </w:num>
  <w:num w:numId="9" w16cid:durableId="199980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E4ECF"/>
    <w:rsid w:val="0015074B"/>
    <w:rsid w:val="002807BC"/>
    <w:rsid w:val="0029639D"/>
    <w:rsid w:val="00326F90"/>
    <w:rsid w:val="00352448"/>
    <w:rsid w:val="003C70AE"/>
    <w:rsid w:val="004205A9"/>
    <w:rsid w:val="00443AD8"/>
    <w:rsid w:val="00444B98"/>
    <w:rsid w:val="006C5592"/>
    <w:rsid w:val="00772891"/>
    <w:rsid w:val="007C16D3"/>
    <w:rsid w:val="007E28EC"/>
    <w:rsid w:val="008C124F"/>
    <w:rsid w:val="009743B0"/>
    <w:rsid w:val="00983A2E"/>
    <w:rsid w:val="009927B4"/>
    <w:rsid w:val="00A27279"/>
    <w:rsid w:val="00AA1D8D"/>
    <w:rsid w:val="00AB0C5B"/>
    <w:rsid w:val="00B44946"/>
    <w:rsid w:val="00B47730"/>
    <w:rsid w:val="00BD5971"/>
    <w:rsid w:val="00BF7627"/>
    <w:rsid w:val="00C11CAC"/>
    <w:rsid w:val="00CB0664"/>
    <w:rsid w:val="00CF3824"/>
    <w:rsid w:val="00E15F8C"/>
    <w:rsid w:val="00E76D2A"/>
    <w:rsid w:val="00EA6696"/>
    <w:rsid w:val="00ED086E"/>
    <w:rsid w:val="00FB01C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5A5B1F"/>
  <w14:defaultImageDpi w14:val="300"/>
  <w15:docId w15:val="{657E1809-EF6F-4613-872B-2D10E13CF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9" w:lineRule="auto"/>
    </w:pPr>
    <w:rPr>
      <w:rFonts w:ascii="Arial" w:eastAsia="Arial" w:hAnsi="Arial"/>
      <w:color w:val="000000"/>
      <w:sz w:val="21"/>
    </w:rPr>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b/>
      <w:bCs/>
      <w:sz w:val="26"/>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b/>
      <w:bCs/>
      <w:sz w:val="24"/>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b/>
      <w:bCs/>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ol">
    <w:name w:val="Articol"/>
    <w:basedOn w:val="Normal"/>
    <w:pPr>
      <w:spacing w:after="100"/>
    </w:pPr>
  </w:style>
  <w:style w:type="paragraph" w:customStyle="1" w:styleId="Small">
    <w:name w:val="Small"/>
    <w:basedOn w:val="Normal"/>
    <w:pPr>
      <w:spacing w:after="40"/>
    </w:pPr>
    <w:rPr>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1025</Characters>
  <Application>Microsoft Office Word</Application>
  <DocSecurity>0</DocSecurity>
  <Lines>8</Lines>
  <Paragraphs>2</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Procedură internă Transfer SMART SPO - adaptată</vt:lpstr>
      <vt:lpstr>Cerere de transfer la cerere</vt:lpstr>
      <vt:lpstr>Informare și acord privind prelucrarea datelor cu caracter personal</vt:lpstr>
    </vt:vector>
  </TitlesOfParts>
  <Manager/>
  <Company/>
  <LinksUpToDate>false</LinksUpToDate>
  <CharactersWithSpaces>1202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Procedură internă Transfer SMART SPO - adaptată</dc:title>
  <dc:subject>Verificarea condițiilor de realizare a transferului și a competențelor specifice</dc:subject>
  <dc:creator>ANOFM</dc:creator>
  <cp:keywords>ANOFM, SMART SPO, transfer, funcție publică, procedură internă</cp:keywords>
  <dc:description>generated by python-docx</dc:description>
  <cp:lastModifiedBy>Valentin Doandes</cp:lastModifiedBy>
  <cp:revision>3</cp:revision>
  <dcterms:created xsi:type="dcterms:W3CDTF">2026-06-11T13:15:00Z</dcterms:created>
  <dcterms:modified xsi:type="dcterms:W3CDTF">2026-06-11T13:16:00Z</dcterms:modified>
  <cp:category/>
</cp:coreProperties>
</file>