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A1C9" w14:textId="77777777" w:rsidR="00582F71" w:rsidRDefault="00000000">
      <w:pPr>
        <w:jc w:val="center"/>
      </w:pPr>
      <w:r>
        <w:rPr>
          <w:b/>
          <w:sz w:val="28"/>
        </w:rPr>
        <w:t>DECLARAȚIE / ACORD</w:t>
      </w:r>
    </w:p>
    <w:p w14:paraId="0DFD8526" w14:textId="77777777" w:rsidR="00582F71" w:rsidRDefault="00000000">
      <w:pPr>
        <w:jc w:val="center"/>
      </w:pP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prelucrarea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datelor</w:t>
      </w:r>
      <w:proofErr w:type="spellEnd"/>
      <w:r>
        <w:rPr>
          <w:b/>
          <w:sz w:val="24"/>
        </w:rPr>
        <w:t xml:space="preserve"> cu </w:t>
      </w:r>
      <w:proofErr w:type="spellStart"/>
      <w:r>
        <w:rPr>
          <w:b/>
          <w:sz w:val="24"/>
        </w:rPr>
        <w:t>caracter</w:t>
      </w:r>
      <w:proofErr w:type="spellEnd"/>
      <w:r>
        <w:rPr>
          <w:b/>
          <w:sz w:val="24"/>
        </w:rPr>
        <w:t xml:space="preserve"> personal</w:t>
      </w:r>
    </w:p>
    <w:p w14:paraId="51E9B049" w14:textId="77777777" w:rsidR="00582F71" w:rsidRDefault="00582F71"/>
    <w:p w14:paraId="0D1CC42D" w14:textId="77777777" w:rsidR="00582F71" w:rsidRDefault="00000000"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>, ________________________________________________________,</w:t>
      </w:r>
    </w:p>
    <w:p w14:paraId="239EBC27" w14:textId="77777777" w:rsidR="00582F71" w:rsidRDefault="00000000">
      <w:r>
        <w:t xml:space="preserve">CNP ______________________________,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______________________________</w:t>
      </w:r>
    </w:p>
    <w:p w14:paraId="1BA4FACA" w14:textId="77777777" w:rsidR="00582F71" w:rsidRDefault="00000000">
      <w:r>
        <w:t>________________________________________________________________________________,</w:t>
      </w:r>
    </w:p>
    <w:p w14:paraId="2335C9F6" w14:textId="77777777" w:rsidR="00582F71" w:rsidRDefault="00000000">
      <w:proofErr w:type="spellStart"/>
      <w:r>
        <w:t>telefon</w:t>
      </w:r>
      <w:proofErr w:type="spellEnd"/>
      <w:r>
        <w:t xml:space="preserve"> ____________________________, e-mail ______________________________________,</w:t>
      </w:r>
    </w:p>
    <w:p w14:paraId="6191AD25" w14:textId="77777777" w:rsidR="00582F71" w:rsidRDefault="00000000">
      <w:proofErr w:type="spellStart"/>
      <w:r>
        <w:t>candidat</w:t>
      </w:r>
      <w:proofErr w:type="spellEnd"/>
      <w:r>
        <w:t xml:space="preserve">(ă)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postul</w:t>
      </w:r>
      <w:proofErr w:type="spellEnd"/>
      <w:r>
        <w:t xml:space="preserve"> de ______________________________________________________,</w:t>
      </w:r>
    </w:p>
    <w:p w14:paraId="2CAC48EC" w14:textId="77777777" w:rsidR="00582F71" w:rsidRDefault="00000000"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„OCUPARE ȘI FORMARE ÎN JUDEȚUL GIURGIU”, cod SMIS 329682,</w:t>
      </w:r>
    </w:p>
    <w:p w14:paraId="68764F76" w14:textId="77777777" w:rsidR="00582F71" w:rsidRDefault="00582F71"/>
    <w:p w14:paraId="1DD357E2" w14:textId="77777777" w:rsidR="00582F71" w:rsidRDefault="00000000"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cunoștință</w:t>
      </w:r>
      <w:proofErr w:type="spellEnd"/>
      <w:r>
        <w:t xml:space="preserve"> de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mele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</w:t>
      </w:r>
      <w:proofErr w:type="spellStart"/>
      <w:r>
        <w:t>candidatură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prelucrate</w:t>
      </w:r>
      <w:proofErr w:type="spellEnd"/>
      <w:r>
        <w:t xml:space="preserve"> de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Județeană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Giurgiu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organizării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recrutare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, al </w:t>
      </w:r>
      <w:proofErr w:type="spellStart"/>
      <w:r>
        <w:t>soluționării</w:t>
      </w:r>
      <w:proofErr w:type="spellEnd"/>
      <w:r>
        <w:t xml:space="preserve"> </w:t>
      </w:r>
      <w:proofErr w:type="spellStart"/>
      <w:r>
        <w:t>eventualelor</w:t>
      </w:r>
      <w:proofErr w:type="spellEnd"/>
      <w:r>
        <w:t xml:space="preserve"> </w:t>
      </w:r>
      <w:proofErr w:type="spellStart"/>
      <w:r>
        <w:t>contestații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admis, al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formalităților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încadrării</w:t>
      </w:r>
      <w:proofErr w:type="spellEnd"/>
      <w:r>
        <w:t>.</w:t>
      </w:r>
    </w:p>
    <w:p w14:paraId="4FDF2FCC" w14:textId="77777777" w:rsidR="00582F71" w:rsidRDefault="00582F71"/>
    <w:p w14:paraId="403995E0" w14:textId="77777777" w:rsidR="00582F71" w:rsidRDefault="00000000"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>:</w:t>
      </w:r>
    </w:p>
    <w:p w14:paraId="7C379A5F" w14:textId="77777777" w:rsidR="00582F71" w:rsidRDefault="00000000">
      <w:r>
        <w:t xml:space="preserve">☐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</w:t>
      </w:r>
      <w:proofErr w:type="spellStart"/>
      <w:r>
        <w:t>candidatură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;</w:t>
      </w:r>
    </w:p>
    <w:p w14:paraId="7C2A3335" w14:textId="77777777" w:rsidR="00582F71" w:rsidRDefault="00000000">
      <w:r>
        <w:t xml:space="preserve">☐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</w:t>
      </w:r>
      <w:proofErr w:type="spellStart"/>
      <w:r>
        <w:t>contestațiilor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secretarului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electronic;</w:t>
      </w:r>
    </w:p>
    <w:p w14:paraId="79FB6C77" w14:textId="77777777" w:rsidR="00582F71" w:rsidRDefault="00000000">
      <w:r>
        <w:t xml:space="preserve">☐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de contact </w:t>
      </w:r>
      <w:proofErr w:type="gramStart"/>
      <w:r>
        <w:t>indicate</w:t>
      </w:r>
      <w:proofErr w:type="gram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dosar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comunicările</w:t>
      </w:r>
      <w:proofErr w:type="spellEnd"/>
      <w:r>
        <w:t xml:space="preserve">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.</w:t>
      </w:r>
    </w:p>
    <w:p w14:paraId="3D7D06F1" w14:textId="77777777" w:rsidR="00582F71" w:rsidRDefault="00582F71"/>
    <w:p w14:paraId="0080332E" w14:textId="77777777" w:rsidR="00582F71" w:rsidRDefault="00000000"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sunt </w:t>
      </w:r>
      <w:proofErr w:type="spellStart"/>
      <w:r>
        <w:t>reale</w:t>
      </w:r>
      <w:proofErr w:type="spellEnd"/>
      <w:r>
        <w:t xml:space="preserve">, complete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>.</w:t>
      </w:r>
    </w:p>
    <w:p w14:paraId="51382734" w14:textId="77777777" w:rsidR="00582F71" w:rsidRDefault="00582F71"/>
    <w:p w14:paraId="7244D845" w14:textId="77777777" w:rsidR="00582F71" w:rsidRDefault="00000000">
      <w:r>
        <w:t xml:space="preserve">Data: ____________________                         </w:t>
      </w:r>
      <w:proofErr w:type="spellStart"/>
      <w:r>
        <w:t>Semnătura</w:t>
      </w:r>
      <w:proofErr w:type="spellEnd"/>
      <w:r>
        <w:t>: __________________________</w:t>
      </w:r>
    </w:p>
    <w:p w14:paraId="5629C753" w14:textId="1191757A" w:rsidR="00582F71" w:rsidRDefault="00582F71"/>
    <w:sectPr w:rsidR="00582F71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6763591">
    <w:abstractNumId w:val="8"/>
  </w:num>
  <w:num w:numId="2" w16cid:durableId="476383925">
    <w:abstractNumId w:val="6"/>
  </w:num>
  <w:num w:numId="3" w16cid:durableId="1927954683">
    <w:abstractNumId w:val="5"/>
  </w:num>
  <w:num w:numId="4" w16cid:durableId="1430272161">
    <w:abstractNumId w:val="4"/>
  </w:num>
  <w:num w:numId="5" w16cid:durableId="1827935008">
    <w:abstractNumId w:val="7"/>
  </w:num>
  <w:num w:numId="6" w16cid:durableId="750812546">
    <w:abstractNumId w:val="3"/>
  </w:num>
  <w:num w:numId="7" w16cid:durableId="1516312453">
    <w:abstractNumId w:val="2"/>
  </w:num>
  <w:num w:numId="8" w16cid:durableId="505486894">
    <w:abstractNumId w:val="1"/>
  </w:num>
  <w:num w:numId="9" w16cid:durableId="13592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D8F"/>
    <w:rsid w:val="0029639D"/>
    <w:rsid w:val="00326F90"/>
    <w:rsid w:val="004F17DA"/>
    <w:rsid w:val="00582F71"/>
    <w:rsid w:val="007832CC"/>
    <w:rsid w:val="00805877"/>
    <w:rsid w:val="00906E03"/>
    <w:rsid w:val="00AA1D8D"/>
    <w:rsid w:val="00B47730"/>
    <w:rsid w:val="00CB0664"/>
    <w:rsid w:val="00FA10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62EC3"/>
  <w14:defaultImageDpi w14:val="300"/>
  <w15:docId w15:val="{91061C4C-83C7-48F3-B1F7-8754EC52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Nicoleta Goleanu</cp:lastModifiedBy>
  <cp:revision>3</cp:revision>
  <dcterms:created xsi:type="dcterms:W3CDTF">2026-09-21T11:19:00Z</dcterms:created>
  <dcterms:modified xsi:type="dcterms:W3CDTF">2026-09-21T11:36:00Z</dcterms:modified>
  <cp:category/>
</cp:coreProperties>
</file>