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2F455" w14:textId="77777777" w:rsidR="00B80C6A" w:rsidRDefault="00000000">
      <w:r>
        <w:rPr>
          <w:b/>
        </w:rPr>
        <w:t>ANEXA 2</w:t>
      </w:r>
    </w:p>
    <w:p w14:paraId="30345685" w14:textId="77777777" w:rsidR="00B80C6A" w:rsidRDefault="00000000">
      <w:pPr>
        <w:jc w:val="center"/>
      </w:pPr>
      <w:r>
        <w:rPr>
          <w:b/>
          <w:sz w:val="28"/>
        </w:rPr>
        <w:t>FORMULAR DE DISPONIBILITATE</w:t>
      </w:r>
    </w:p>
    <w:p w14:paraId="62E7E689" w14:textId="77777777" w:rsidR="00B80C6A" w:rsidRDefault="00B80C6A"/>
    <w:p w14:paraId="7583F4C7" w14:textId="77777777" w:rsidR="00B80C6A" w:rsidRDefault="00000000">
      <w:r>
        <w:rPr>
          <w:b/>
        </w:rPr>
        <w:t>1. DATE PERSONALE</w:t>
      </w:r>
    </w:p>
    <w:p w14:paraId="62525C6B" w14:textId="77777777" w:rsidR="00B80C6A" w:rsidRDefault="00000000">
      <w:r>
        <w:t>Nume</w:t>
      </w:r>
      <w:r>
        <w:tab/>
      </w:r>
      <w:r>
        <w:tab/>
        <w:t>____________________________________________</w:t>
      </w:r>
    </w:p>
    <w:p w14:paraId="0CB064E4" w14:textId="77777777" w:rsidR="00B80C6A" w:rsidRDefault="00000000">
      <w:r>
        <w:t>Prenume</w:t>
      </w:r>
      <w:r>
        <w:tab/>
      </w:r>
      <w:r>
        <w:tab/>
        <w:t>____________________________________________</w:t>
      </w:r>
    </w:p>
    <w:p w14:paraId="661B4782" w14:textId="77777777" w:rsidR="00B80C6A" w:rsidRDefault="00000000">
      <w:r>
        <w:t>Telefon</w:t>
      </w:r>
      <w:r>
        <w:tab/>
      </w:r>
      <w:r>
        <w:tab/>
        <w:t>____________________________________________</w:t>
      </w:r>
    </w:p>
    <w:p w14:paraId="3F932769" w14:textId="77777777" w:rsidR="00B80C6A" w:rsidRDefault="00000000">
      <w:r>
        <w:t>E-mail</w:t>
      </w:r>
      <w:r>
        <w:tab/>
      </w:r>
      <w:r>
        <w:tab/>
        <w:t>____________________________________________</w:t>
      </w:r>
    </w:p>
    <w:p w14:paraId="0B5BB12D" w14:textId="77777777" w:rsidR="00B80C6A" w:rsidRDefault="00000000">
      <w:r>
        <w:t>Postul vizat</w:t>
      </w:r>
      <w:r>
        <w:tab/>
        <w:t>____________________________________________</w:t>
      </w:r>
    </w:p>
    <w:p w14:paraId="57A8D081" w14:textId="77777777" w:rsidR="00B80C6A" w:rsidRDefault="00000000">
      <w:r>
        <w:t>Proiect: „OCUPARE ȘI FORMARE ÎN JUDEȚUL GIURGIU” – cod SMIS 329682</w:t>
      </w:r>
    </w:p>
    <w:p w14:paraId="658AC5BD" w14:textId="77777777" w:rsidR="00B80C6A" w:rsidRDefault="00000000">
      <w:r>
        <w:rPr>
          <w:b/>
        </w:rPr>
        <w:t>2. DISPONIBILITATE DE A EFECTUA DEPLASĂRI ÎN ȚARĂ</w:t>
      </w:r>
    </w:p>
    <w:p w14:paraId="17D0BD94" w14:textId="77777777" w:rsidR="00B80C6A" w:rsidRDefault="00B80C6A"/>
    <w:p w14:paraId="3E05A00C" w14:textId="77777777" w:rsidR="00B80C6A" w:rsidRDefault="00000000">
      <w:r>
        <w:t>DA   ☐                         NU   ☐</w:t>
      </w:r>
    </w:p>
    <w:p w14:paraId="78D9B88F" w14:textId="77777777" w:rsidR="00B80C6A" w:rsidRDefault="00B80C6A"/>
    <w:p w14:paraId="538A3BBC" w14:textId="77777777" w:rsidR="00B80C6A" w:rsidRDefault="00000000">
      <w:r>
        <w:rPr>
          <w:b/>
        </w:rPr>
        <w:t>3. DISPONIBILITATE</w:t>
      </w:r>
    </w:p>
    <w:p w14:paraId="3D0DEDB1" w14:textId="77777777" w:rsidR="00B80C6A" w:rsidRDefault="00000000">
      <w:r>
        <w:t xml:space="preserve">Sunt apt(ă) </w:t>
      </w:r>
      <w:proofErr w:type="spellStart"/>
      <w:r>
        <w:t>și</w:t>
      </w:r>
      <w:proofErr w:type="spellEnd"/>
      <w:r>
        <w:t xml:space="preserve"> </w:t>
      </w:r>
      <w:proofErr w:type="spellStart"/>
      <w:r>
        <w:t>disponibil</w:t>
      </w:r>
      <w:proofErr w:type="spellEnd"/>
      <w:r>
        <w:t>(ă) să lucrez ca expert în perioada de angajare prevăzută în anunțul de selecție, până la data de 29.02.2028, în limita numărului de ore/zi și a programului de lucru stabilite prin contractul individual de muncă ce va fi semnat între părți.</w:t>
      </w:r>
    </w:p>
    <w:p w14:paraId="5A648653" w14:textId="77777777" w:rsidR="00B80C6A" w:rsidRDefault="00B80C6A"/>
    <w:p w14:paraId="5D8214FD" w14:textId="77777777" w:rsidR="00B80C6A" w:rsidRDefault="00000000">
      <w:r>
        <w:t>DA   ☐                         NU   ☐</w:t>
      </w:r>
    </w:p>
    <w:p w14:paraId="626C0AE5" w14:textId="77777777" w:rsidR="00B80C6A" w:rsidRDefault="00B80C6A"/>
    <w:p w14:paraId="65EADCFD" w14:textId="77777777" w:rsidR="00B80C6A" w:rsidRDefault="00B80C6A"/>
    <w:p w14:paraId="7E2CC207" w14:textId="77777777" w:rsidR="00B80C6A" w:rsidRDefault="00000000">
      <w:r>
        <w:t>Data completării: ____________________</w:t>
      </w:r>
    </w:p>
    <w:p w14:paraId="161C8ADF" w14:textId="77777777" w:rsidR="00B80C6A" w:rsidRDefault="00B80C6A"/>
    <w:p w14:paraId="60083818" w14:textId="77777777" w:rsidR="00B80C6A" w:rsidRDefault="00000000">
      <w:r>
        <w:t>Semnătura: __________________________</w:t>
      </w:r>
    </w:p>
    <w:p w14:paraId="365CDB91" w14:textId="77777777" w:rsidR="00B80C6A" w:rsidRDefault="00B80C6A"/>
    <w:p w14:paraId="23602444" w14:textId="77777777" w:rsidR="00B80C6A" w:rsidRDefault="00B80C6A"/>
    <w:p w14:paraId="3A5C0F55" w14:textId="77777777" w:rsidR="00B80C6A" w:rsidRDefault="00000000">
      <w:r>
        <w:rPr>
          <w:b/>
        </w:rPr>
        <w:t>Fiecare candidat își asumă responsabilitatea declarației privind disponibilitatea pentru perioada de angajare prevăzută în anunțul de selecție.</w:t>
      </w:r>
    </w:p>
    <w:sectPr w:rsidR="00B80C6A" w:rsidSect="00034616">
      <w:footerReference w:type="default" r:id="rId8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AB424A" w14:textId="77777777" w:rsidR="00A355AC" w:rsidRDefault="00A355AC">
      <w:pPr>
        <w:spacing w:after="0" w:line="240" w:lineRule="auto"/>
      </w:pPr>
      <w:r>
        <w:separator/>
      </w:r>
    </w:p>
  </w:endnote>
  <w:endnote w:type="continuationSeparator" w:id="0">
    <w:p w14:paraId="740963B3" w14:textId="77777777" w:rsidR="00A355AC" w:rsidRDefault="00A355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98873" w14:textId="77777777" w:rsidR="00B80C6A" w:rsidRDefault="00000000">
    <w:pPr>
      <w:pStyle w:val="Footer"/>
      <w:jc w:val="center"/>
    </w:pPr>
    <w:r>
      <w:rPr>
        <w:sz w:val="16"/>
      </w:rPr>
      <w:t xml:space="preserve">AJOFM GIURGIU • </w:t>
    </w:r>
    <w:proofErr w:type="spellStart"/>
    <w:r>
      <w:rPr>
        <w:sz w:val="16"/>
      </w:rPr>
      <w:t>Proiect</w:t>
    </w:r>
    <w:proofErr w:type="spellEnd"/>
    <w:r>
      <w:rPr>
        <w:sz w:val="16"/>
      </w:rPr>
      <w:t xml:space="preserve"> „OCUPARE ȘI FORMARE ÎN JUDEȚUL GIURGIU” • cod SMIS 329682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C92283" w14:textId="77777777" w:rsidR="00A355AC" w:rsidRDefault="00A355AC">
      <w:pPr>
        <w:spacing w:after="0" w:line="240" w:lineRule="auto"/>
      </w:pPr>
      <w:r>
        <w:separator/>
      </w:r>
    </w:p>
  </w:footnote>
  <w:footnote w:type="continuationSeparator" w:id="0">
    <w:p w14:paraId="6CEE8CB2" w14:textId="77777777" w:rsidR="00A355AC" w:rsidRDefault="00A355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65086226">
    <w:abstractNumId w:val="8"/>
  </w:num>
  <w:num w:numId="2" w16cid:durableId="1408459785">
    <w:abstractNumId w:val="6"/>
  </w:num>
  <w:num w:numId="3" w16cid:durableId="760371192">
    <w:abstractNumId w:val="5"/>
  </w:num>
  <w:num w:numId="4" w16cid:durableId="2130313834">
    <w:abstractNumId w:val="4"/>
  </w:num>
  <w:num w:numId="5" w16cid:durableId="1072846902">
    <w:abstractNumId w:val="7"/>
  </w:num>
  <w:num w:numId="6" w16cid:durableId="5327516">
    <w:abstractNumId w:val="3"/>
  </w:num>
  <w:num w:numId="7" w16cid:durableId="1267156212">
    <w:abstractNumId w:val="2"/>
  </w:num>
  <w:num w:numId="8" w16cid:durableId="765537379">
    <w:abstractNumId w:val="1"/>
  </w:num>
  <w:num w:numId="9" w16cid:durableId="12543900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33548"/>
    <w:rsid w:val="00872424"/>
    <w:rsid w:val="00873478"/>
    <w:rsid w:val="00874C5B"/>
    <w:rsid w:val="00A24CFF"/>
    <w:rsid w:val="00A355AC"/>
    <w:rsid w:val="00AA1D8D"/>
    <w:rsid w:val="00B47730"/>
    <w:rsid w:val="00B80C6A"/>
    <w:rsid w:val="00C67401"/>
    <w:rsid w:val="00CB0664"/>
    <w:rsid w:val="00EF35B0"/>
    <w:rsid w:val="00FC693F"/>
    <w:rsid w:val="00FD4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D402FE"/>
  <w14:defaultImageDpi w14:val="300"/>
  <w15:docId w15:val="{B517C37F-62DF-4996-88D4-C6103FD71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Nicoleta Goleanu</cp:lastModifiedBy>
  <cp:revision>3</cp:revision>
  <dcterms:created xsi:type="dcterms:W3CDTF">2026-09-21T13:30:00Z</dcterms:created>
  <dcterms:modified xsi:type="dcterms:W3CDTF">2026-09-21T13:38:00Z</dcterms:modified>
  <cp:category/>
</cp:coreProperties>
</file>