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9C53B" w14:textId="77777777" w:rsidR="00AC7937" w:rsidRDefault="00000000">
      <w:r>
        <w:rPr>
          <w:b/>
        </w:rPr>
        <w:t>ANEXA 1</w:t>
      </w:r>
    </w:p>
    <w:p w14:paraId="59502580" w14:textId="77777777" w:rsidR="00AC7937" w:rsidRDefault="00000000">
      <w:pPr>
        <w:jc w:val="center"/>
      </w:pPr>
      <w:r>
        <w:rPr>
          <w:b/>
          <w:sz w:val="28"/>
        </w:rPr>
        <w:t>FORMULAR DE ÎNSCRIERE</w:t>
      </w:r>
    </w:p>
    <w:p w14:paraId="72BB7AC3" w14:textId="77777777" w:rsidR="00AC7937" w:rsidRDefault="00000000">
      <w:pPr>
        <w:jc w:val="center"/>
      </w:pPr>
      <w:r>
        <w:t>la procesul de recrutare şi selecţie a experţilor pentru posturile vacante din/în afara organigramei</w:t>
      </w:r>
    </w:p>
    <w:p w14:paraId="1D616DD3" w14:textId="77777777" w:rsidR="00AC7937" w:rsidRDefault="00000000">
      <w:pPr>
        <w:jc w:val="center"/>
      </w:pPr>
      <w:r>
        <w:t>conform anunţului de selecţie nr. ____________/22.09.2026</w:t>
      </w:r>
    </w:p>
    <w:p w14:paraId="3DBEE92E" w14:textId="77777777" w:rsidR="00AC7937" w:rsidRDefault="00AC7937"/>
    <w:p w14:paraId="60046605" w14:textId="77777777" w:rsidR="00AC7937" w:rsidRDefault="00000000">
      <w:r>
        <w:rPr>
          <w:b/>
        </w:rPr>
        <w:t>DATE PERSONALE</w:t>
      </w:r>
    </w:p>
    <w:p w14:paraId="23CAC5A1" w14:textId="77777777" w:rsidR="00AC7937" w:rsidRDefault="00000000">
      <w:r>
        <w:t>Nume</w:t>
      </w:r>
      <w:r>
        <w:tab/>
      </w:r>
      <w:r>
        <w:tab/>
        <w:t>________________________________________</w:t>
      </w:r>
    </w:p>
    <w:p w14:paraId="350C75F9" w14:textId="77777777" w:rsidR="00AC7937" w:rsidRDefault="00000000">
      <w:r>
        <w:t>Prenume</w:t>
      </w:r>
      <w:r>
        <w:tab/>
      </w:r>
      <w:r>
        <w:tab/>
        <w:t>________________________________________</w:t>
      </w:r>
    </w:p>
    <w:p w14:paraId="3A16AC0C" w14:textId="77777777" w:rsidR="00AC7937" w:rsidRDefault="00000000">
      <w:r>
        <w:t>Telefon</w:t>
      </w:r>
      <w:r>
        <w:tab/>
      </w:r>
      <w:r>
        <w:tab/>
        <w:t>________________________________________</w:t>
      </w:r>
    </w:p>
    <w:p w14:paraId="12D312FE" w14:textId="77777777" w:rsidR="00AC7937" w:rsidRDefault="00000000">
      <w:r>
        <w:t>E-mail</w:t>
      </w:r>
      <w:r>
        <w:tab/>
      </w:r>
      <w:r>
        <w:tab/>
        <w:t>________________________________________</w:t>
      </w:r>
    </w:p>
    <w:p w14:paraId="468C4A74" w14:textId="77777777" w:rsidR="00AC7937" w:rsidRDefault="00000000">
      <w:r>
        <w:t>Postul vizat</w:t>
      </w:r>
      <w:r>
        <w:tab/>
        <w:t>________________________________________</w:t>
      </w:r>
    </w:p>
    <w:p w14:paraId="0F11161E" w14:textId="77777777" w:rsidR="00AC7937" w:rsidRDefault="00000000">
      <w:r>
        <w:t>în cadrul proiectului „OCUPARE ȘI FORMARE ÎN JUDEȚUL GIURGIU” – cod SMIS 329682</w:t>
      </w:r>
    </w:p>
    <w:p w14:paraId="1D8A2570" w14:textId="77777777" w:rsidR="00AC7937" w:rsidRDefault="00AC7937"/>
    <w:p w14:paraId="57CAF76D" w14:textId="77777777" w:rsidR="00AC7937" w:rsidRDefault="00000000">
      <w:r>
        <w:rPr>
          <w:b/>
        </w:rPr>
        <w:t>Studii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1994"/>
        <w:gridCol w:w="2307"/>
        <w:gridCol w:w="1990"/>
        <w:gridCol w:w="2003"/>
      </w:tblGrid>
      <w:tr w:rsidR="00AC7937" w14:paraId="2C432682" w14:textId="77777777">
        <w:trPr>
          <w:jc w:val="center"/>
        </w:trPr>
        <w:tc>
          <w:tcPr>
            <w:tcW w:w="2062" w:type="dxa"/>
          </w:tcPr>
          <w:p w14:paraId="20830437" w14:textId="77777777" w:rsidR="00AC7937" w:rsidRDefault="00000000">
            <w:r>
              <w:rPr>
                <w:b/>
              </w:rPr>
              <w:t>Denumirea instituției</w:t>
            </w:r>
          </w:p>
        </w:tc>
        <w:tc>
          <w:tcPr>
            <w:tcW w:w="2062" w:type="dxa"/>
          </w:tcPr>
          <w:p w14:paraId="5D456FDF" w14:textId="77777777" w:rsidR="00AC7937" w:rsidRDefault="00000000">
            <w:r>
              <w:rPr>
                <w:b/>
              </w:rPr>
              <w:t>Perioada</w:t>
            </w:r>
          </w:p>
        </w:tc>
        <w:tc>
          <w:tcPr>
            <w:tcW w:w="2062" w:type="dxa"/>
          </w:tcPr>
          <w:p w14:paraId="4BE19933" w14:textId="77777777" w:rsidR="00AC7937" w:rsidRDefault="00000000">
            <w:r>
              <w:rPr>
                <w:b/>
              </w:rPr>
              <w:t>Calificare/specializare</w:t>
            </w:r>
          </w:p>
        </w:tc>
        <w:tc>
          <w:tcPr>
            <w:tcW w:w="2062" w:type="dxa"/>
          </w:tcPr>
          <w:p w14:paraId="28BF158B" w14:textId="77777777" w:rsidR="00AC7937" w:rsidRDefault="00000000">
            <w:r>
              <w:rPr>
                <w:b/>
              </w:rPr>
              <w:t>Diploma obținută</w:t>
            </w:r>
          </w:p>
        </w:tc>
        <w:tc>
          <w:tcPr>
            <w:tcW w:w="2062" w:type="dxa"/>
          </w:tcPr>
          <w:p w14:paraId="45AA2B12" w14:textId="77777777" w:rsidR="00AC7937" w:rsidRDefault="00000000">
            <w:r>
              <w:rPr>
                <w:b/>
              </w:rPr>
              <w:t>Observații</w:t>
            </w:r>
          </w:p>
        </w:tc>
      </w:tr>
      <w:tr w:rsidR="00AC7937" w14:paraId="1507B492" w14:textId="77777777">
        <w:trPr>
          <w:jc w:val="center"/>
        </w:trPr>
        <w:tc>
          <w:tcPr>
            <w:tcW w:w="2062" w:type="dxa"/>
          </w:tcPr>
          <w:p w14:paraId="27292251" w14:textId="77777777" w:rsidR="00AC7937" w:rsidRDefault="00AC7937"/>
        </w:tc>
        <w:tc>
          <w:tcPr>
            <w:tcW w:w="2062" w:type="dxa"/>
          </w:tcPr>
          <w:p w14:paraId="70165623" w14:textId="77777777" w:rsidR="00AC7937" w:rsidRDefault="00AC7937"/>
        </w:tc>
        <w:tc>
          <w:tcPr>
            <w:tcW w:w="2062" w:type="dxa"/>
          </w:tcPr>
          <w:p w14:paraId="23F37F51" w14:textId="77777777" w:rsidR="00AC7937" w:rsidRDefault="00AC7937"/>
        </w:tc>
        <w:tc>
          <w:tcPr>
            <w:tcW w:w="2062" w:type="dxa"/>
          </w:tcPr>
          <w:p w14:paraId="4F6810FB" w14:textId="77777777" w:rsidR="00AC7937" w:rsidRDefault="00AC7937"/>
        </w:tc>
        <w:tc>
          <w:tcPr>
            <w:tcW w:w="2062" w:type="dxa"/>
          </w:tcPr>
          <w:p w14:paraId="66603CC1" w14:textId="77777777" w:rsidR="00AC7937" w:rsidRDefault="00AC7937"/>
        </w:tc>
      </w:tr>
      <w:tr w:rsidR="00AC7937" w14:paraId="435D506F" w14:textId="77777777">
        <w:trPr>
          <w:jc w:val="center"/>
        </w:trPr>
        <w:tc>
          <w:tcPr>
            <w:tcW w:w="2062" w:type="dxa"/>
          </w:tcPr>
          <w:p w14:paraId="63A71390" w14:textId="77777777" w:rsidR="00AC7937" w:rsidRDefault="00AC7937"/>
        </w:tc>
        <w:tc>
          <w:tcPr>
            <w:tcW w:w="2062" w:type="dxa"/>
          </w:tcPr>
          <w:p w14:paraId="1BA662F1" w14:textId="77777777" w:rsidR="00AC7937" w:rsidRDefault="00AC7937"/>
        </w:tc>
        <w:tc>
          <w:tcPr>
            <w:tcW w:w="2062" w:type="dxa"/>
          </w:tcPr>
          <w:p w14:paraId="592E730B" w14:textId="77777777" w:rsidR="00AC7937" w:rsidRDefault="00AC7937"/>
        </w:tc>
        <w:tc>
          <w:tcPr>
            <w:tcW w:w="2062" w:type="dxa"/>
          </w:tcPr>
          <w:p w14:paraId="66004F60" w14:textId="77777777" w:rsidR="00AC7937" w:rsidRDefault="00AC7937"/>
        </w:tc>
        <w:tc>
          <w:tcPr>
            <w:tcW w:w="2062" w:type="dxa"/>
          </w:tcPr>
          <w:p w14:paraId="34F202AC" w14:textId="77777777" w:rsidR="00AC7937" w:rsidRDefault="00AC7937"/>
        </w:tc>
      </w:tr>
      <w:tr w:rsidR="00AC7937" w14:paraId="370C863E" w14:textId="77777777">
        <w:trPr>
          <w:jc w:val="center"/>
        </w:trPr>
        <w:tc>
          <w:tcPr>
            <w:tcW w:w="2062" w:type="dxa"/>
          </w:tcPr>
          <w:p w14:paraId="6DE384E5" w14:textId="77777777" w:rsidR="00AC7937" w:rsidRDefault="00AC7937"/>
        </w:tc>
        <w:tc>
          <w:tcPr>
            <w:tcW w:w="2062" w:type="dxa"/>
          </w:tcPr>
          <w:p w14:paraId="4C6E2579" w14:textId="77777777" w:rsidR="00AC7937" w:rsidRDefault="00AC7937"/>
        </w:tc>
        <w:tc>
          <w:tcPr>
            <w:tcW w:w="2062" w:type="dxa"/>
          </w:tcPr>
          <w:p w14:paraId="38A07C88" w14:textId="77777777" w:rsidR="00AC7937" w:rsidRDefault="00AC7937"/>
        </w:tc>
        <w:tc>
          <w:tcPr>
            <w:tcW w:w="2062" w:type="dxa"/>
          </w:tcPr>
          <w:p w14:paraId="7FD6449F" w14:textId="77777777" w:rsidR="00AC7937" w:rsidRDefault="00AC7937"/>
        </w:tc>
        <w:tc>
          <w:tcPr>
            <w:tcW w:w="2062" w:type="dxa"/>
          </w:tcPr>
          <w:p w14:paraId="5A137215" w14:textId="77777777" w:rsidR="00AC7937" w:rsidRDefault="00AC7937"/>
        </w:tc>
      </w:tr>
    </w:tbl>
    <w:p w14:paraId="7686C09A" w14:textId="77777777" w:rsidR="00AC7937" w:rsidRDefault="00AC7937"/>
    <w:p w14:paraId="2A97CA1C" w14:textId="77777777" w:rsidR="00AC7937" w:rsidRDefault="00000000">
      <w:r>
        <w:rPr>
          <w:b/>
        </w:rPr>
        <w:t>Studii postuniversitare, masterat și doctorat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1994"/>
        <w:gridCol w:w="2307"/>
        <w:gridCol w:w="1990"/>
        <w:gridCol w:w="2003"/>
      </w:tblGrid>
      <w:tr w:rsidR="00AC7937" w14:paraId="0C4D4E2B" w14:textId="77777777">
        <w:trPr>
          <w:jc w:val="center"/>
        </w:trPr>
        <w:tc>
          <w:tcPr>
            <w:tcW w:w="2062" w:type="dxa"/>
          </w:tcPr>
          <w:p w14:paraId="1C3158E2" w14:textId="77777777" w:rsidR="00AC7937" w:rsidRDefault="00000000">
            <w:r>
              <w:rPr>
                <w:b/>
              </w:rPr>
              <w:t>Denumirea instituției</w:t>
            </w:r>
          </w:p>
        </w:tc>
        <w:tc>
          <w:tcPr>
            <w:tcW w:w="2062" w:type="dxa"/>
          </w:tcPr>
          <w:p w14:paraId="2C2B9F3C" w14:textId="77777777" w:rsidR="00AC7937" w:rsidRDefault="00000000">
            <w:r>
              <w:rPr>
                <w:b/>
              </w:rPr>
              <w:t>Perioada</w:t>
            </w:r>
          </w:p>
        </w:tc>
        <w:tc>
          <w:tcPr>
            <w:tcW w:w="2062" w:type="dxa"/>
          </w:tcPr>
          <w:p w14:paraId="20887F11" w14:textId="77777777" w:rsidR="00AC7937" w:rsidRDefault="00000000">
            <w:r>
              <w:rPr>
                <w:b/>
              </w:rPr>
              <w:t>Calificare/specializare</w:t>
            </w:r>
          </w:p>
        </w:tc>
        <w:tc>
          <w:tcPr>
            <w:tcW w:w="2062" w:type="dxa"/>
          </w:tcPr>
          <w:p w14:paraId="2F7F607B" w14:textId="77777777" w:rsidR="00AC7937" w:rsidRDefault="00000000">
            <w:r>
              <w:rPr>
                <w:b/>
              </w:rPr>
              <w:t>Diploma obținută</w:t>
            </w:r>
          </w:p>
        </w:tc>
        <w:tc>
          <w:tcPr>
            <w:tcW w:w="2062" w:type="dxa"/>
          </w:tcPr>
          <w:p w14:paraId="44A51617" w14:textId="77777777" w:rsidR="00AC7937" w:rsidRDefault="00000000">
            <w:r>
              <w:rPr>
                <w:b/>
              </w:rPr>
              <w:t>Observații</w:t>
            </w:r>
          </w:p>
        </w:tc>
      </w:tr>
      <w:tr w:rsidR="00AC7937" w14:paraId="0AEDAF51" w14:textId="77777777">
        <w:trPr>
          <w:jc w:val="center"/>
        </w:trPr>
        <w:tc>
          <w:tcPr>
            <w:tcW w:w="2062" w:type="dxa"/>
          </w:tcPr>
          <w:p w14:paraId="0CBC8AFC" w14:textId="77777777" w:rsidR="00AC7937" w:rsidRDefault="00AC7937"/>
        </w:tc>
        <w:tc>
          <w:tcPr>
            <w:tcW w:w="2062" w:type="dxa"/>
          </w:tcPr>
          <w:p w14:paraId="382CA456" w14:textId="77777777" w:rsidR="00AC7937" w:rsidRDefault="00AC7937"/>
        </w:tc>
        <w:tc>
          <w:tcPr>
            <w:tcW w:w="2062" w:type="dxa"/>
          </w:tcPr>
          <w:p w14:paraId="23A95953" w14:textId="77777777" w:rsidR="00AC7937" w:rsidRDefault="00AC7937"/>
        </w:tc>
        <w:tc>
          <w:tcPr>
            <w:tcW w:w="2062" w:type="dxa"/>
          </w:tcPr>
          <w:p w14:paraId="32D49613" w14:textId="77777777" w:rsidR="00AC7937" w:rsidRDefault="00AC7937"/>
        </w:tc>
        <w:tc>
          <w:tcPr>
            <w:tcW w:w="2062" w:type="dxa"/>
          </w:tcPr>
          <w:p w14:paraId="208E3756" w14:textId="77777777" w:rsidR="00AC7937" w:rsidRDefault="00AC7937"/>
        </w:tc>
      </w:tr>
      <w:tr w:rsidR="00AC7937" w14:paraId="010DFFF8" w14:textId="77777777">
        <w:trPr>
          <w:jc w:val="center"/>
        </w:trPr>
        <w:tc>
          <w:tcPr>
            <w:tcW w:w="2062" w:type="dxa"/>
          </w:tcPr>
          <w:p w14:paraId="5B6B7E6E" w14:textId="77777777" w:rsidR="00AC7937" w:rsidRDefault="00AC7937"/>
        </w:tc>
        <w:tc>
          <w:tcPr>
            <w:tcW w:w="2062" w:type="dxa"/>
          </w:tcPr>
          <w:p w14:paraId="45DE3128" w14:textId="77777777" w:rsidR="00AC7937" w:rsidRDefault="00AC7937"/>
        </w:tc>
        <w:tc>
          <w:tcPr>
            <w:tcW w:w="2062" w:type="dxa"/>
          </w:tcPr>
          <w:p w14:paraId="78109449" w14:textId="77777777" w:rsidR="00AC7937" w:rsidRDefault="00AC7937"/>
        </w:tc>
        <w:tc>
          <w:tcPr>
            <w:tcW w:w="2062" w:type="dxa"/>
          </w:tcPr>
          <w:p w14:paraId="2F159CAC" w14:textId="77777777" w:rsidR="00AC7937" w:rsidRDefault="00AC7937"/>
        </w:tc>
        <w:tc>
          <w:tcPr>
            <w:tcW w:w="2062" w:type="dxa"/>
          </w:tcPr>
          <w:p w14:paraId="6B28388A" w14:textId="77777777" w:rsidR="00AC7937" w:rsidRDefault="00AC7937"/>
        </w:tc>
      </w:tr>
      <w:tr w:rsidR="00AC7937" w14:paraId="22538B7A" w14:textId="77777777">
        <w:trPr>
          <w:jc w:val="center"/>
        </w:trPr>
        <w:tc>
          <w:tcPr>
            <w:tcW w:w="2062" w:type="dxa"/>
          </w:tcPr>
          <w:p w14:paraId="11218E0F" w14:textId="77777777" w:rsidR="00AC7937" w:rsidRDefault="00AC7937"/>
        </w:tc>
        <w:tc>
          <w:tcPr>
            <w:tcW w:w="2062" w:type="dxa"/>
          </w:tcPr>
          <w:p w14:paraId="4F539B6F" w14:textId="77777777" w:rsidR="00AC7937" w:rsidRDefault="00AC7937"/>
        </w:tc>
        <w:tc>
          <w:tcPr>
            <w:tcW w:w="2062" w:type="dxa"/>
          </w:tcPr>
          <w:p w14:paraId="557EC954" w14:textId="77777777" w:rsidR="00AC7937" w:rsidRDefault="00AC7937"/>
        </w:tc>
        <w:tc>
          <w:tcPr>
            <w:tcW w:w="2062" w:type="dxa"/>
          </w:tcPr>
          <w:p w14:paraId="7BFE6F22" w14:textId="77777777" w:rsidR="00AC7937" w:rsidRDefault="00AC7937"/>
        </w:tc>
        <w:tc>
          <w:tcPr>
            <w:tcW w:w="2062" w:type="dxa"/>
          </w:tcPr>
          <w:p w14:paraId="6AFA6076" w14:textId="77777777" w:rsidR="00AC7937" w:rsidRDefault="00AC7937"/>
        </w:tc>
      </w:tr>
    </w:tbl>
    <w:p w14:paraId="7A1A7D7E" w14:textId="77777777" w:rsidR="00AC7937" w:rsidRDefault="00AC7937"/>
    <w:p w14:paraId="654D3120" w14:textId="77777777" w:rsidR="00AC7937" w:rsidRDefault="00000000">
      <w:r>
        <w:rPr>
          <w:b/>
        </w:rPr>
        <w:t>Alte tipuri de studii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5"/>
        <w:gridCol w:w="2575"/>
        <w:gridCol w:w="2577"/>
        <w:gridCol w:w="2575"/>
      </w:tblGrid>
      <w:tr w:rsidR="00AC7937" w14:paraId="54577A77" w14:textId="77777777">
        <w:trPr>
          <w:jc w:val="center"/>
        </w:trPr>
        <w:tc>
          <w:tcPr>
            <w:tcW w:w="2578" w:type="dxa"/>
          </w:tcPr>
          <w:p w14:paraId="5D627742" w14:textId="77777777" w:rsidR="00AC7937" w:rsidRDefault="00000000">
            <w:r>
              <w:rPr>
                <w:b/>
              </w:rPr>
              <w:t>Denumirea furnizorului de formare</w:t>
            </w:r>
          </w:p>
        </w:tc>
        <w:tc>
          <w:tcPr>
            <w:tcW w:w="2578" w:type="dxa"/>
          </w:tcPr>
          <w:p w14:paraId="258608A1" w14:textId="77777777" w:rsidR="00AC7937" w:rsidRDefault="00000000">
            <w:r>
              <w:rPr>
                <w:b/>
              </w:rPr>
              <w:t>Denumirea cursului</w:t>
            </w:r>
          </w:p>
        </w:tc>
        <w:tc>
          <w:tcPr>
            <w:tcW w:w="2578" w:type="dxa"/>
          </w:tcPr>
          <w:p w14:paraId="2205C050" w14:textId="77777777" w:rsidR="00AC7937" w:rsidRDefault="00000000">
            <w:r>
              <w:rPr>
                <w:b/>
              </w:rPr>
              <w:t>Calificare/specializare</w:t>
            </w:r>
          </w:p>
        </w:tc>
        <w:tc>
          <w:tcPr>
            <w:tcW w:w="2578" w:type="dxa"/>
          </w:tcPr>
          <w:p w14:paraId="51AF7CE7" w14:textId="77777777" w:rsidR="00AC7937" w:rsidRDefault="00000000">
            <w:r>
              <w:rPr>
                <w:b/>
              </w:rPr>
              <w:t>Observații</w:t>
            </w:r>
          </w:p>
        </w:tc>
      </w:tr>
      <w:tr w:rsidR="00AC7937" w14:paraId="7576FF48" w14:textId="77777777">
        <w:trPr>
          <w:jc w:val="center"/>
        </w:trPr>
        <w:tc>
          <w:tcPr>
            <w:tcW w:w="2578" w:type="dxa"/>
          </w:tcPr>
          <w:p w14:paraId="3B020B2F" w14:textId="77777777" w:rsidR="00AC7937" w:rsidRDefault="00AC7937"/>
        </w:tc>
        <w:tc>
          <w:tcPr>
            <w:tcW w:w="2578" w:type="dxa"/>
          </w:tcPr>
          <w:p w14:paraId="5873EFC0" w14:textId="77777777" w:rsidR="00AC7937" w:rsidRDefault="00AC7937"/>
        </w:tc>
        <w:tc>
          <w:tcPr>
            <w:tcW w:w="2578" w:type="dxa"/>
          </w:tcPr>
          <w:p w14:paraId="72C1853E" w14:textId="77777777" w:rsidR="00AC7937" w:rsidRDefault="00AC7937"/>
        </w:tc>
        <w:tc>
          <w:tcPr>
            <w:tcW w:w="2578" w:type="dxa"/>
          </w:tcPr>
          <w:p w14:paraId="05219C54" w14:textId="77777777" w:rsidR="00AC7937" w:rsidRDefault="00AC7937"/>
        </w:tc>
      </w:tr>
      <w:tr w:rsidR="00AC7937" w14:paraId="302FABD9" w14:textId="77777777">
        <w:trPr>
          <w:jc w:val="center"/>
        </w:trPr>
        <w:tc>
          <w:tcPr>
            <w:tcW w:w="2578" w:type="dxa"/>
          </w:tcPr>
          <w:p w14:paraId="712C52E8" w14:textId="77777777" w:rsidR="00AC7937" w:rsidRDefault="00AC7937"/>
        </w:tc>
        <w:tc>
          <w:tcPr>
            <w:tcW w:w="2578" w:type="dxa"/>
          </w:tcPr>
          <w:p w14:paraId="4C7581E5" w14:textId="77777777" w:rsidR="00AC7937" w:rsidRDefault="00AC7937"/>
        </w:tc>
        <w:tc>
          <w:tcPr>
            <w:tcW w:w="2578" w:type="dxa"/>
          </w:tcPr>
          <w:p w14:paraId="53051285" w14:textId="77777777" w:rsidR="00AC7937" w:rsidRDefault="00AC7937"/>
        </w:tc>
        <w:tc>
          <w:tcPr>
            <w:tcW w:w="2578" w:type="dxa"/>
          </w:tcPr>
          <w:p w14:paraId="04A45A7A" w14:textId="77777777" w:rsidR="00AC7937" w:rsidRDefault="00AC7937"/>
        </w:tc>
      </w:tr>
      <w:tr w:rsidR="00AC7937" w14:paraId="0F66DF4D" w14:textId="77777777">
        <w:trPr>
          <w:jc w:val="center"/>
        </w:trPr>
        <w:tc>
          <w:tcPr>
            <w:tcW w:w="2578" w:type="dxa"/>
          </w:tcPr>
          <w:p w14:paraId="2FE08025" w14:textId="77777777" w:rsidR="00AC7937" w:rsidRDefault="00AC7937"/>
        </w:tc>
        <w:tc>
          <w:tcPr>
            <w:tcW w:w="2578" w:type="dxa"/>
          </w:tcPr>
          <w:p w14:paraId="52A0DCE3" w14:textId="77777777" w:rsidR="00AC7937" w:rsidRDefault="00AC7937"/>
        </w:tc>
        <w:tc>
          <w:tcPr>
            <w:tcW w:w="2578" w:type="dxa"/>
          </w:tcPr>
          <w:p w14:paraId="0046DB51" w14:textId="77777777" w:rsidR="00AC7937" w:rsidRDefault="00AC7937"/>
        </w:tc>
        <w:tc>
          <w:tcPr>
            <w:tcW w:w="2578" w:type="dxa"/>
          </w:tcPr>
          <w:p w14:paraId="395866A7" w14:textId="77777777" w:rsidR="00AC7937" w:rsidRDefault="00AC7937"/>
        </w:tc>
      </w:tr>
    </w:tbl>
    <w:p w14:paraId="78914B89" w14:textId="77777777" w:rsidR="00AC7937" w:rsidRDefault="00AC7937"/>
    <w:p w14:paraId="790BBA4E" w14:textId="77777777" w:rsidR="00AC7937" w:rsidRDefault="00000000">
      <w:r>
        <w:rPr>
          <w:b/>
        </w:rPr>
        <w:t>Limbi străine – grad cunoaștere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5"/>
        <w:gridCol w:w="2575"/>
        <w:gridCol w:w="2576"/>
      </w:tblGrid>
      <w:tr w:rsidR="00AC7937" w14:paraId="4EABD947" w14:textId="77777777">
        <w:trPr>
          <w:jc w:val="center"/>
        </w:trPr>
        <w:tc>
          <w:tcPr>
            <w:tcW w:w="2578" w:type="dxa"/>
          </w:tcPr>
          <w:p w14:paraId="51F74622" w14:textId="77777777" w:rsidR="00AC7937" w:rsidRDefault="00000000">
            <w:r>
              <w:rPr>
                <w:b/>
              </w:rPr>
              <w:t>Limba</w:t>
            </w:r>
          </w:p>
        </w:tc>
        <w:tc>
          <w:tcPr>
            <w:tcW w:w="2578" w:type="dxa"/>
          </w:tcPr>
          <w:p w14:paraId="164A73AD" w14:textId="77777777" w:rsidR="00AC7937" w:rsidRDefault="00000000">
            <w:r>
              <w:rPr>
                <w:b/>
              </w:rPr>
              <w:t>Citit</w:t>
            </w:r>
          </w:p>
        </w:tc>
        <w:tc>
          <w:tcPr>
            <w:tcW w:w="2578" w:type="dxa"/>
          </w:tcPr>
          <w:p w14:paraId="414467D9" w14:textId="77777777" w:rsidR="00AC7937" w:rsidRDefault="00000000">
            <w:r>
              <w:rPr>
                <w:b/>
              </w:rPr>
              <w:t>Scris</w:t>
            </w:r>
          </w:p>
        </w:tc>
        <w:tc>
          <w:tcPr>
            <w:tcW w:w="2578" w:type="dxa"/>
          </w:tcPr>
          <w:p w14:paraId="7850CBEA" w14:textId="77777777" w:rsidR="00AC7937" w:rsidRDefault="00000000">
            <w:r>
              <w:rPr>
                <w:b/>
              </w:rPr>
              <w:t>Vorbit</w:t>
            </w:r>
          </w:p>
        </w:tc>
      </w:tr>
      <w:tr w:rsidR="00AC7937" w14:paraId="525FDE8C" w14:textId="77777777">
        <w:trPr>
          <w:jc w:val="center"/>
        </w:trPr>
        <w:tc>
          <w:tcPr>
            <w:tcW w:w="2578" w:type="dxa"/>
          </w:tcPr>
          <w:p w14:paraId="31BB49A4" w14:textId="77777777" w:rsidR="00AC7937" w:rsidRDefault="00AC7937"/>
        </w:tc>
        <w:tc>
          <w:tcPr>
            <w:tcW w:w="2578" w:type="dxa"/>
          </w:tcPr>
          <w:p w14:paraId="7904F20A" w14:textId="77777777" w:rsidR="00AC7937" w:rsidRDefault="00AC7937"/>
        </w:tc>
        <w:tc>
          <w:tcPr>
            <w:tcW w:w="2578" w:type="dxa"/>
          </w:tcPr>
          <w:p w14:paraId="4DC66530" w14:textId="77777777" w:rsidR="00AC7937" w:rsidRDefault="00AC7937"/>
        </w:tc>
        <w:tc>
          <w:tcPr>
            <w:tcW w:w="2578" w:type="dxa"/>
          </w:tcPr>
          <w:p w14:paraId="4F24D082" w14:textId="77777777" w:rsidR="00AC7937" w:rsidRDefault="00AC7937"/>
        </w:tc>
      </w:tr>
      <w:tr w:rsidR="00AC7937" w14:paraId="7428C4E1" w14:textId="77777777">
        <w:trPr>
          <w:jc w:val="center"/>
        </w:trPr>
        <w:tc>
          <w:tcPr>
            <w:tcW w:w="2578" w:type="dxa"/>
          </w:tcPr>
          <w:p w14:paraId="42E97A19" w14:textId="77777777" w:rsidR="00AC7937" w:rsidRDefault="00AC7937"/>
        </w:tc>
        <w:tc>
          <w:tcPr>
            <w:tcW w:w="2578" w:type="dxa"/>
          </w:tcPr>
          <w:p w14:paraId="11FDF7BD" w14:textId="77777777" w:rsidR="00AC7937" w:rsidRDefault="00AC7937"/>
        </w:tc>
        <w:tc>
          <w:tcPr>
            <w:tcW w:w="2578" w:type="dxa"/>
          </w:tcPr>
          <w:p w14:paraId="5715BB4A" w14:textId="77777777" w:rsidR="00AC7937" w:rsidRDefault="00AC7937"/>
        </w:tc>
        <w:tc>
          <w:tcPr>
            <w:tcW w:w="2578" w:type="dxa"/>
          </w:tcPr>
          <w:p w14:paraId="77BEF779" w14:textId="77777777" w:rsidR="00AC7937" w:rsidRDefault="00AC7937"/>
        </w:tc>
      </w:tr>
      <w:tr w:rsidR="00AC7937" w14:paraId="0CFF09AB" w14:textId="77777777">
        <w:trPr>
          <w:jc w:val="center"/>
        </w:trPr>
        <w:tc>
          <w:tcPr>
            <w:tcW w:w="2578" w:type="dxa"/>
          </w:tcPr>
          <w:p w14:paraId="5B15E98B" w14:textId="77777777" w:rsidR="00AC7937" w:rsidRDefault="00AC7937"/>
        </w:tc>
        <w:tc>
          <w:tcPr>
            <w:tcW w:w="2578" w:type="dxa"/>
          </w:tcPr>
          <w:p w14:paraId="72AD526F" w14:textId="77777777" w:rsidR="00AC7937" w:rsidRDefault="00AC7937"/>
        </w:tc>
        <w:tc>
          <w:tcPr>
            <w:tcW w:w="2578" w:type="dxa"/>
          </w:tcPr>
          <w:p w14:paraId="7E405D76" w14:textId="77777777" w:rsidR="00AC7937" w:rsidRDefault="00AC7937"/>
        </w:tc>
        <w:tc>
          <w:tcPr>
            <w:tcW w:w="2578" w:type="dxa"/>
          </w:tcPr>
          <w:p w14:paraId="064E82DD" w14:textId="77777777" w:rsidR="00AC7937" w:rsidRDefault="00AC7937"/>
        </w:tc>
      </w:tr>
    </w:tbl>
    <w:p w14:paraId="2F228D22" w14:textId="77777777" w:rsidR="00AC7937" w:rsidRDefault="00AC7937"/>
    <w:p w14:paraId="5B8D2B0A" w14:textId="77777777" w:rsidR="00AC7937" w:rsidRDefault="00000000">
      <w:r>
        <w:rPr>
          <w:b/>
        </w:rPr>
        <w:t>Cunoștințe operare calculator</w:t>
      </w:r>
    </w:p>
    <w:p w14:paraId="51B908BB" w14:textId="77777777" w:rsidR="00AC7937" w:rsidRDefault="00000000">
      <w:r>
        <w:t>________________________________________________________________________________</w:t>
      </w:r>
    </w:p>
    <w:p w14:paraId="4290CF91" w14:textId="77777777" w:rsidR="00AC7937" w:rsidRDefault="00000000">
      <w:r>
        <w:t>________________________________________________________________________________</w:t>
      </w:r>
    </w:p>
    <w:p w14:paraId="4877BB27" w14:textId="77777777" w:rsidR="00AC7937" w:rsidRDefault="00AC7937"/>
    <w:p w14:paraId="345399F7" w14:textId="77777777" w:rsidR="00AC7937" w:rsidRDefault="00000000">
      <w:r>
        <w:rPr>
          <w:b/>
        </w:rPr>
        <w:t>Cariera profesională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6"/>
        <w:gridCol w:w="2575"/>
        <w:gridCol w:w="2575"/>
      </w:tblGrid>
      <w:tr w:rsidR="00AC7937" w14:paraId="14D4EAA7" w14:textId="77777777">
        <w:trPr>
          <w:jc w:val="center"/>
        </w:trPr>
        <w:tc>
          <w:tcPr>
            <w:tcW w:w="2578" w:type="dxa"/>
          </w:tcPr>
          <w:p w14:paraId="0646678F" w14:textId="77777777" w:rsidR="00AC7937" w:rsidRDefault="00000000">
            <w:r>
              <w:rPr>
                <w:b/>
              </w:rPr>
              <w:t>Perioada</w:t>
            </w:r>
          </w:p>
        </w:tc>
        <w:tc>
          <w:tcPr>
            <w:tcW w:w="2578" w:type="dxa"/>
          </w:tcPr>
          <w:p w14:paraId="55FF8FB9" w14:textId="77777777" w:rsidR="00AC7937" w:rsidRDefault="00000000">
            <w:r>
              <w:rPr>
                <w:b/>
              </w:rPr>
              <w:t>Denumirea angajatorului</w:t>
            </w:r>
          </w:p>
        </w:tc>
        <w:tc>
          <w:tcPr>
            <w:tcW w:w="2578" w:type="dxa"/>
          </w:tcPr>
          <w:p w14:paraId="48397D94" w14:textId="77777777" w:rsidR="00AC7937" w:rsidRDefault="00000000">
            <w:r>
              <w:rPr>
                <w:b/>
              </w:rPr>
              <w:t>Funcția îndeplinită</w:t>
            </w:r>
          </w:p>
        </w:tc>
        <w:tc>
          <w:tcPr>
            <w:tcW w:w="2578" w:type="dxa"/>
          </w:tcPr>
          <w:p w14:paraId="60937AA5" w14:textId="77777777" w:rsidR="00AC7937" w:rsidRDefault="00000000">
            <w:r>
              <w:rPr>
                <w:b/>
              </w:rPr>
              <w:t>Observații</w:t>
            </w:r>
          </w:p>
        </w:tc>
      </w:tr>
      <w:tr w:rsidR="00AC7937" w14:paraId="571A8C14" w14:textId="77777777">
        <w:trPr>
          <w:jc w:val="center"/>
        </w:trPr>
        <w:tc>
          <w:tcPr>
            <w:tcW w:w="2578" w:type="dxa"/>
          </w:tcPr>
          <w:p w14:paraId="473AD2EC" w14:textId="77777777" w:rsidR="00AC7937" w:rsidRDefault="00AC7937"/>
        </w:tc>
        <w:tc>
          <w:tcPr>
            <w:tcW w:w="2578" w:type="dxa"/>
          </w:tcPr>
          <w:p w14:paraId="36BA81CD" w14:textId="77777777" w:rsidR="00AC7937" w:rsidRDefault="00AC7937"/>
        </w:tc>
        <w:tc>
          <w:tcPr>
            <w:tcW w:w="2578" w:type="dxa"/>
          </w:tcPr>
          <w:p w14:paraId="2C1255B0" w14:textId="77777777" w:rsidR="00AC7937" w:rsidRDefault="00AC7937"/>
        </w:tc>
        <w:tc>
          <w:tcPr>
            <w:tcW w:w="2578" w:type="dxa"/>
          </w:tcPr>
          <w:p w14:paraId="566E0DF6" w14:textId="77777777" w:rsidR="00AC7937" w:rsidRDefault="00AC7937"/>
        </w:tc>
      </w:tr>
      <w:tr w:rsidR="00AC7937" w14:paraId="58DBFB57" w14:textId="77777777">
        <w:trPr>
          <w:jc w:val="center"/>
        </w:trPr>
        <w:tc>
          <w:tcPr>
            <w:tcW w:w="2578" w:type="dxa"/>
          </w:tcPr>
          <w:p w14:paraId="307CC2D1" w14:textId="77777777" w:rsidR="00AC7937" w:rsidRDefault="00AC7937"/>
        </w:tc>
        <w:tc>
          <w:tcPr>
            <w:tcW w:w="2578" w:type="dxa"/>
          </w:tcPr>
          <w:p w14:paraId="3D4AA6D0" w14:textId="77777777" w:rsidR="00AC7937" w:rsidRDefault="00AC7937"/>
        </w:tc>
        <w:tc>
          <w:tcPr>
            <w:tcW w:w="2578" w:type="dxa"/>
          </w:tcPr>
          <w:p w14:paraId="73EE6010" w14:textId="77777777" w:rsidR="00AC7937" w:rsidRDefault="00AC7937"/>
        </w:tc>
        <w:tc>
          <w:tcPr>
            <w:tcW w:w="2578" w:type="dxa"/>
          </w:tcPr>
          <w:p w14:paraId="1AE8323D" w14:textId="77777777" w:rsidR="00AC7937" w:rsidRDefault="00AC7937"/>
        </w:tc>
      </w:tr>
      <w:tr w:rsidR="00AC7937" w14:paraId="707938C3" w14:textId="77777777">
        <w:trPr>
          <w:jc w:val="center"/>
        </w:trPr>
        <w:tc>
          <w:tcPr>
            <w:tcW w:w="2578" w:type="dxa"/>
          </w:tcPr>
          <w:p w14:paraId="0A4626C1" w14:textId="77777777" w:rsidR="00AC7937" w:rsidRDefault="00AC7937"/>
        </w:tc>
        <w:tc>
          <w:tcPr>
            <w:tcW w:w="2578" w:type="dxa"/>
          </w:tcPr>
          <w:p w14:paraId="40496E0A" w14:textId="77777777" w:rsidR="00AC7937" w:rsidRDefault="00AC7937"/>
        </w:tc>
        <w:tc>
          <w:tcPr>
            <w:tcW w:w="2578" w:type="dxa"/>
          </w:tcPr>
          <w:p w14:paraId="5C0F4AC0" w14:textId="77777777" w:rsidR="00AC7937" w:rsidRDefault="00AC7937"/>
        </w:tc>
        <w:tc>
          <w:tcPr>
            <w:tcW w:w="2578" w:type="dxa"/>
          </w:tcPr>
          <w:p w14:paraId="51B38EC7" w14:textId="77777777" w:rsidR="00AC7937" w:rsidRDefault="00AC7937"/>
        </w:tc>
      </w:tr>
      <w:tr w:rsidR="00AC7937" w14:paraId="36EF3545" w14:textId="77777777">
        <w:trPr>
          <w:jc w:val="center"/>
        </w:trPr>
        <w:tc>
          <w:tcPr>
            <w:tcW w:w="2578" w:type="dxa"/>
          </w:tcPr>
          <w:p w14:paraId="75839430" w14:textId="77777777" w:rsidR="00AC7937" w:rsidRDefault="00AC7937"/>
        </w:tc>
        <w:tc>
          <w:tcPr>
            <w:tcW w:w="2578" w:type="dxa"/>
          </w:tcPr>
          <w:p w14:paraId="53D8DF4F" w14:textId="77777777" w:rsidR="00AC7937" w:rsidRDefault="00AC7937"/>
        </w:tc>
        <w:tc>
          <w:tcPr>
            <w:tcW w:w="2578" w:type="dxa"/>
          </w:tcPr>
          <w:p w14:paraId="41FBCCDD" w14:textId="77777777" w:rsidR="00AC7937" w:rsidRDefault="00AC7937"/>
        </w:tc>
        <w:tc>
          <w:tcPr>
            <w:tcW w:w="2578" w:type="dxa"/>
          </w:tcPr>
          <w:p w14:paraId="73EF1B17" w14:textId="77777777" w:rsidR="00AC7937" w:rsidRDefault="00AC7937"/>
        </w:tc>
      </w:tr>
      <w:tr w:rsidR="00AC7937" w14:paraId="7050A51A" w14:textId="77777777">
        <w:trPr>
          <w:jc w:val="center"/>
        </w:trPr>
        <w:tc>
          <w:tcPr>
            <w:tcW w:w="2578" w:type="dxa"/>
          </w:tcPr>
          <w:p w14:paraId="11DB71E9" w14:textId="77777777" w:rsidR="00AC7937" w:rsidRDefault="00AC7937"/>
        </w:tc>
        <w:tc>
          <w:tcPr>
            <w:tcW w:w="2578" w:type="dxa"/>
          </w:tcPr>
          <w:p w14:paraId="2AADA2F4" w14:textId="77777777" w:rsidR="00AC7937" w:rsidRDefault="00AC7937"/>
        </w:tc>
        <w:tc>
          <w:tcPr>
            <w:tcW w:w="2578" w:type="dxa"/>
          </w:tcPr>
          <w:p w14:paraId="62514407" w14:textId="77777777" w:rsidR="00AC7937" w:rsidRDefault="00AC7937"/>
        </w:tc>
        <w:tc>
          <w:tcPr>
            <w:tcW w:w="2578" w:type="dxa"/>
          </w:tcPr>
          <w:p w14:paraId="62ABB521" w14:textId="77777777" w:rsidR="00AC7937" w:rsidRDefault="00AC7937"/>
        </w:tc>
      </w:tr>
      <w:tr w:rsidR="00AC7937" w14:paraId="3377535D" w14:textId="77777777">
        <w:trPr>
          <w:jc w:val="center"/>
        </w:trPr>
        <w:tc>
          <w:tcPr>
            <w:tcW w:w="2578" w:type="dxa"/>
          </w:tcPr>
          <w:p w14:paraId="60DAC8C9" w14:textId="77777777" w:rsidR="00AC7937" w:rsidRDefault="00AC7937"/>
        </w:tc>
        <w:tc>
          <w:tcPr>
            <w:tcW w:w="2578" w:type="dxa"/>
          </w:tcPr>
          <w:p w14:paraId="4455A80D" w14:textId="77777777" w:rsidR="00AC7937" w:rsidRDefault="00AC7937"/>
        </w:tc>
        <w:tc>
          <w:tcPr>
            <w:tcW w:w="2578" w:type="dxa"/>
          </w:tcPr>
          <w:p w14:paraId="251CDD2E" w14:textId="77777777" w:rsidR="00AC7937" w:rsidRDefault="00AC7937"/>
        </w:tc>
        <w:tc>
          <w:tcPr>
            <w:tcW w:w="2578" w:type="dxa"/>
          </w:tcPr>
          <w:p w14:paraId="5F5DFB1C" w14:textId="77777777" w:rsidR="00AC7937" w:rsidRDefault="00AC7937"/>
        </w:tc>
      </w:tr>
      <w:tr w:rsidR="00AC7937" w14:paraId="5AF0BB60" w14:textId="77777777">
        <w:trPr>
          <w:jc w:val="center"/>
        </w:trPr>
        <w:tc>
          <w:tcPr>
            <w:tcW w:w="2578" w:type="dxa"/>
          </w:tcPr>
          <w:p w14:paraId="03C5E9BC" w14:textId="77777777" w:rsidR="00AC7937" w:rsidRDefault="00AC7937"/>
        </w:tc>
        <w:tc>
          <w:tcPr>
            <w:tcW w:w="2578" w:type="dxa"/>
          </w:tcPr>
          <w:p w14:paraId="5AA487B2" w14:textId="77777777" w:rsidR="00AC7937" w:rsidRDefault="00AC7937"/>
        </w:tc>
        <w:tc>
          <w:tcPr>
            <w:tcW w:w="2578" w:type="dxa"/>
          </w:tcPr>
          <w:p w14:paraId="74F68C8E" w14:textId="77777777" w:rsidR="00AC7937" w:rsidRDefault="00AC7937"/>
        </w:tc>
        <w:tc>
          <w:tcPr>
            <w:tcW w:w="2578" w:type="dxa"/>
          </w:tcPr>
          <w:p w14:paraId="317B1C12" w14:textId="77777777" w:rsidR="00AC7937" w:rsidRDefault="00AC7937"/>
        </w:tc>
      </w:tr>
      <w:tr w:rsidR="00AC7937" w14:paraId="18865711" w14:textId="77777777">
        <w:trPr>
          <w:jc w:val="center"/>
        </w:trPr>
        <w:tc>
          <w:tcPr>
            <w:tcW w:w="2578" w:type="dxa"/>
          </w:tcPr>
          <w:p w14:paraId="60512DBC" w14:textId="77777777" w:rsidR="00AC7937" w:rsidRDefault="00AC7937"/>
        </w:tc>
        <w:tc>
          <w:tcPr>
            <w:tcW w:w="2578" w:type="dxa"/>
          </w:tcPr>
          <w:p w14:paraId="255479AA" w14:textId="77777777" w:rsidR="00AC7937" w:rsidRDefault="00AC7937"/>
        </w:tc>
        <w:tc>
          <w:tcPr>
            <w:tcW w:w="2578" w:type="dxa"/>
          </w:tcPr>
          <w:p w14:paraId="34CC259B" w14:textId="77777777" w:rsidR="00AC7937" w:rsidRDefault="00AC7937"/>
        </w:tc>
        <w:tc>
          <w:tcPr>
            <w:tcW w:w="2578" w:type="dxa"/>
          </w:tcPr>
          <w:p w14:paraId="16CB83A7" w14:textId="77777777" w:rsidR="00AC7937" w:rsidRDefault="00AC7937"/>
        </w:tc>
      </w:tr>
    </w:tbl>
    <w:p w14:paraId="74C6DFE5" w14:textId="77777777" w:rsidR="00AC7937" w:rsidRDefault="00AC7937"/>
    <w:p w14:paraId="0C88414A" w14:textId="77777777" w:rsidR="00AC7937" w:rsidRDefault="00000000">
      <w:r>
        <w:rPr>
          <w:b/>
        </w:rPr>
        <w:t>ACORD PRIVIND DATELE CU CARACTER PERSONAL</w:t>
      </w:r>
    </w:p>
    <w:p w14:paraId="623D7957" w14:textId="77777777" w:rsidR="00AC7937" w:rsidRDefault="00000000">
      <w:r>
        <w:t>☐ Sunt de acord cu transmiterea informațiilor și documentelor, inclusiv a datelor cu caracter personal, necesare îndeplinirii atribuțiilor membrilor comisiei de concurs, membrilor comisiei de soluționare a contestațiilor și ale secretarului, inclusiv în format electronic.</w:t>
      </w:r>
    </w:p>
    <w:p w14:paraId="6B64E70E" w14:textId="77777777" w:rsidR="00AC7937" w:rsidRDefault="00000000">
      <w:r>
        <w:t>☐ Sunt de acord cu prelucrarea datelor cu caracter personal în scopul organizării și desfășurării procesului de recrutare și selecție.</w:t>
      </w:r>
    </w:p>
    <w:p w14:paraId="1900E5DF" w14:textId="77777777" w:rsidR="00AC7937" w:rsidRDefault="00AC7937"/>
    <w:p w14:paraId="527F5123" w14:textId="77777777" w:rsidR="00AC7937" w:rsidRDefault="00000000">
      <w:r>
        <w:t>Data: ____________________                         Semnătura candidatului: __________________________</w:t>
      </w:r>
    </w:p>
    <w:sectPr w:rsidR="00AC7937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0999600">
    <w:abstractNumId w:val="8"/>
  </w:num>
  <w:num w:numId="2" w16cid:durableId="1961954274">
    <w:abstractNumId w:val="6"/>
  </w:num>
  <w:num w:numId="3" w16cid:durableId="1019502955">
    <w:abstractNumId w:val="5"/>
  </w:num>
  <w:num w:numId="4" w16cid:durableId="575089839">
    <w:abstractNumId w:val="4"/>
  </w:num>
  <w:num w:numId="5" w16cid:durableId="469051978">
    <w:abstractNumId w:val="7"/>
  </w:num>
  <w:num w:numId="6" w16cid:durableId="1700662832">
    <w:abstractNumId w:val="3"/>
  </w:num>
  <w:num w:numId="7" w16cid:durableId="428962451">
    <w:abstractNumId w:val="2"/>
  </w:num>
  <w:num w:numId="8" w16cid:durableId="1948535307">
    <w:abstractNumId w:val="1"/>
  </w:num>
  <w:num w:numId="9" w16cid:durableId="16482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B3C"/>
    <w:rsid w:val="00034616"/>
    <w:rsid w:val="0006063C"/>
    <w:rsid w:val="0015074B"/>
    <w:rsid w:val="0029639D"/>
    <w:rsid w:val="00326F90"/>
    <w:rsid w:val="005B323A"/>
    <w:rsid w:val="00717E2F"/>
    <w:rsid w:val="00AA1D8D"/>
    <w:rsid w:val="00AC7937"/>
    <w:rsid w:val="00B47730"/>
    <w:rsid w:val="00CB0664"/>
    <w:rsid w:val="00DF4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D2F0E"/>
  <w14:defaultImageDpi w14:val="300"/>
  <w15:docId w15:val="{8869395F-1E13-47C1-8D59-27ACAFA8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Nicoleta Goleanu</cp:lastModifiedBy>
  <cp:revision>2</cp:revision>
  <dcterms:created xsi:type="dcterms:W3CDTF">2026-09-21T11:19:00Z</dcterms:created>
  <dcterms:modified xsi:type="dcterms:W3CDTF">2026-09-21T11:19:00Z</dcterms:modified>
  <cp:category/>
</cp:coreProperties>
</file>