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8165A" w14:textId="77777777" w:rsidR="00477164" w:rsidRDefault="00477164" w:rsidP="004205A9">
      <w:pPr>
        <w:pStyle w:val="Heading1"/>
        <w:jc w:val="both"/>
        <w:rPr>
          <w:lang w:val="it-CH"/>
        </w:rPr>
      </w:pPr>
    </w:p>
    <w:p w14:paraId="486FE612" w14:textId="1EA14D88" w:rsidR="00444B98" w:rsidRDefault="00000000" w:rsidP="004205A9">
      <w:pPr>
        <w:pStyle w:val="Heading1"/>
        <w:jc w:val="both"/>
        <w:rPr>
          <w:lang w:val="it-CH"/>
        </w:rPr>
      </w:pPr>
      <w:r w:rsidRPr="003B6A79">
        <w:rPr>
          <w:lang w:val="it-CH"/>
        </w:rPr>
        <w:t>Anexa nr. 2 la procedură - Cerere de transfer la cerere</w:t>
      </w:r>
    </w:p>
    <w:p w14:paraId="4F3A0AF7" w14:textId="77777777" w:rsidR="00477164" w:rsidRDefault="00477164" w:rsidP="00477164">
      <w:pPr>
        <w:rPr>
          <w:lang w:val="it-CH"/>
        </w:rPr>
      </w:pPr>
    </w:p>
    <w:p w14:paraId="65E262A4" w14:textId="77777777" w:rsidR="00477164" w:rsidRDefault="00477164" w:rsidP="00477164">
      <w:pPr>
        <w:rPr>
          <w:lang w:val="it-CH"/>
        </w:rPr>
      </w:pPr>
    </w:p>
    <w:p w14:paraId="492F80A4" w14:textId="77777777" w:rsidR="00477164" w:rsidRPr="00477164" w:rsidRDefault="00477164" w:rsidP="00477164">
      <w:pPr>
        <w:rPr>
          <w:lang w:val="it-CH"/>
        </w:rPr>
      </w:pPr>
    </w:p>
    <w:p w14:paraId="07DA2971" w14:textId="77777777" w:rsidR="00444B98" w:rsidRPr="003B6A79" w:rsidRDefault="00000000" w:rsidP="004205A9">
      <w:pPr>
        <w:jc w:val="both"/>
        <w:rPr>
          <w:lang w:val="it-CH"/>
        </w:rPr>
      </w:pPr>
      <w:r w:rsidRPr="003B6A79">
        <w:rPr>
          <w:lang w:val="it-CH"/>
        </w:rPr>
        <w:t>Subsemnatul/Subsemnata ________________________________________________, domiciliat/domiciliată în ________________________________________________________________, posesor/posesoare al/a actului de identitate seria _____ nr. _______________, CNP ______________________________, având calitatea de funcționar public în cadrul ________________________________________________________________, pe funcția publică de ________________________________________________, categoria ________, clasa ________, gradul profesional ______________________, numit/numită pe perioadă nedeterminată, formulez prezenta cerere de transfer la cerere pe funcția publică vacantă de ________________________________________________, din cadrul ________________________________________________ - ANOFM/AJOFM/AMOFM ________________________________.</w:t>
      </w:r>
    </w:p>
    <w:p w14:paraId="577492EA" w14:textId="77777777" w:rsidR="00444B98" w:rsidRPr="003B6A79" w:rsidRDefault="00000000" w:rsidP="004205A9">
      <w:pPr>
        <w:jc w:val="both"/>
        <w:rPr>
          <w:lang w:val="it-CH"/>
        </w:rPr>
      </w:pPr>
      <w:r w:rsidRPr="003B6A79">
        <w:rPr>
          <w:lang w:val="it-CH"/>
        </w:rPr>
        <w:t>Solicit realizarea transferului la cerere în temeiul art. 506 alin. (1) lit. b) și alin. (8) din Ordonanța de urgență a Guvernului nr. 57/2019 privind Codul administrativ, cu modificările și completările ulterioare, și declar că am luat cunoștință de prevederile procedurii interne aplicabile.</w:t>
      </w:r>
    </w:p>
    <w:p w14:paraId="2E35040F" w14:textId="77777777" w:rsidR="00444B98" w:rsidRPr="003B6A79" w:rsidRDefault="00000000" w:rsidP="004205A9">
      <w:pPr>
        <w:jc w:val="both"/>
        <w:rPr>
          <w:lang w:val="it-CH"/>
        </w:rPr>
      </w:pPr>
      <w:r w:rsidRPr="003B6A79">
        <w:rPr>
          <w:lang w:val="it-CH"/>
        </w:rPr>
        <w:t>Anexez prezentei cereri următoarele documente:</w:t>
      </w:r>
    </w:p>
    <w:p w14:paraId="42E98040" w14:textId="77777777" w:rsidR="00444B98" w:rsidRPr="003B6A79" w:rsidRDefault="00000000" w:rsidP="004205A9">
      <w:pPr>
        <w:jc w:val="both"/>
        <w:rPr>
          <w:lang w:val="it-CH"/>
        </w:rPr>
      </w:pPr>
      <w:r w:rsidRPr="003B6A79">
        <w:rPr>
          <w:lang w:val="it-CH"/>
        </w:rPr>
        <w:t>1. ____________________________________________________________________________</w:t>
      </w:r>
    </w:p>
    <w:p w14:paraId="12E9F80F" w14:textId="77777777" w:rsidR="00444B98" w:rsidRPr="003B6A79" w:rsidRDefault="00000000" w:rsidP="004205A9">
      <w:pPr>
        <w:jc w:val="both"/>
        <w:rPr>
          <w:lang w:val="it-CH"/>
        </w:rPr>
      </w:pPr>
      <w:r w:rsidRPr="003B6A79">
        <w:rPr>
          <w:lang w:val="it-CH"/>
        </w:rPr>
        <w:t>2. ____________________________________________________________________________</w:t>
      </w:r>
    </w:p>
    <w:p w14:paraId="34DE2500" w14:textId="77777777" w:rsidR="00444B98" w:rsidRPr="003B6A79" w:rsidRDefault="00000000" w:rsidP="004205A9">
      <w:pPr>
        <w:jc w:val="both"/>
        <w:rPr>
          <w:lang w:val="it-CH"/>
        </w:rPr>
      </w:pPr>
      <w:r w:rsidRPr="003B6A79">
        <w:rPr>
          <w:lang w:val="it-CH"/>
        </w:rPr>
        <w:t>3. ____________________________________________________________________________</w:t>
      </w:r>
    </w:p>
    <w:p w14:paraId="493E4AC4" w14:textId="77777777" w:rsidR="00444B98" w:rsidRPr="003B6A79" w:rsidRDefault="00000000" w:rsidP="004205A9">
      <w:pPr>
        <w:jc w:val="both"/>
        <w:rPr>
          <w:lang w:val="it-CH"/>
        </w:rPr>
      </w:pPr>
      <w:r w:rsidRPr="003B6A79">
        <w:rPr>
          <w:lang w:val="it-CH"/>
        </w:rPr>
        <w:t>4. ____________________________________________________________________________</w:t>
      </w:r>
    </w:p>
    <w:p w14:paraId="75C70BE7" w14:textId="77777777" w:rsidR="00444B98" w:rsidRPr="003B6A79" w:rsidRDefault="00000000" w:rsidP="004205A9">
      <w:pPr>
        <w:jc w:val="both"/>
        <w:rPr>
          <w:lang w:val="it-CH"/>
        </w:rPr>
      </w:pPr>
      <w:r w:rsidRPr="003B6A79">
        <w:rPr>
          <w:lang w:val="it-CH"/>
        </w:rPr>
        <w:t>5. ____________________________________________________________________________</w:t>
      </w:r>
    </w:p>
    <w:p w14:paraId="7020A0CA" w14:textId="77777777" w:rsidR="00444B98" w:rsidRPr="003B6A79" w:rsidRDefault="00000000" w:rsidP="004205A9">
      <w:pPr>
        <w:jc w:val="both"/>
        <w:rPr>
          <w:lang w:val="it-CH"/>
        </w:rPr>
      </w:pPr>
      <w:r w:rsidRPr="003B6A79">
        <w:rPr>
          <w:lang w:val="it-CH"/>
        </w:rPr>
        <w:t>6. ____________________________________________________________________________</w:t>
      </w:r>
    </w:p>
    <w:p w14:paraId="2EC55999" w14:textId="77777777" w:rsidR="00444B98" w:rsidRPr="003B6A79" w:rsidRDefault="00000000" w:rsidP="004205A9">
      <w:pPr>
        <w:jc w:val="both"/>
        <w:rPr>
          <w:lang w:val="it-CH"/>
        </w:rPr>
      </w:pPr>
      <w:r w:rsidRPr="003B6A79">
        <w:rPr>
          <w:lang w:val="it-CH"/>
        </w:rPr>
        <w:t>7. ____________________________________________________________________________</w:t>
      </w:r>
    </w:p>
    <w:p w14:paraId="640B11EE" w14:textId="77777777" w:rsidR="00444B98" w:rsidRPr="003B6A79" w:rsidRDefault="00000000" w:rsidP="004205A9">
      <w:pPr>
        <w:jc w:val="both"/>
        <w:rPr>
          <w:lang w:val="it-CH"/>
        </w:rPr>
      </w:pPr>
      <w:r w:rsidRPr="003B6A79">
        <w:rPr>
          <w:lang w:val="it-CH"/>
        </w:rPr>
        <w:t>Data: ____________________                         Semnătura: ____________________</w:t>
      </w:r>
    </w:p>
    <w:p w14:paraId="2C023469" w14:textId="510096AD" w:rsidR="00444B98" w:rsidRDefault="00000000">
      <w:r>
        <w:t>____________________</w:t>
      </w:r>
    </w:p>
    <w:sectPr w:rsidR="00444B98" w:rsidSect="00034616">
      <w:footerReference w:type="default" r:id="rId8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F1DAF" w14:textId="77777777" w:rsidR="000B2240" w:rsidRDefault="000B2240">
      <w:pPr>
        <w:spacing w:after="0" w:line="240" w:lineRule="auto"/>
      </w:pPr>
      <w:r>
        <w:separator/>
      </w:r>
    </w:p>
  </w:endnote>
  <w:endnote w:type="continuationSeparator" w:id="0">
    <w:p w14:paraId="7DF4CCEC" w14:textId="77777777" w:rsidR="000B2240" w:rsidRDefault="000B2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DC0CD" w14:textId="77777777" w:rsidR="00444B98" w:rsidRDefault="00000000">
    <w:pPr>
      <w:pStyle w:val="Footer"/>
      <w:jc w:val="center"/>
    </w:pPr>
    <w:proofErr w:type="spellStart"/>
    <w:r>
      <w:rPr>
        <w:sz w:val="16"/>
      </w:rPr>
      <w:t>Procedură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internă</w:t>
    </w:r>
    <w:proofErr w:type="spellEnd"/>
    <w:r>
      <w:rPr>
        <w:sz w:val="16"/>
      </w:rPr>
      <w:t xml:space="preserve"> - Transfer SMART SPO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1CF35" w14:textId="77777777" w:rsidR="000B2240" w:rsidRDefault="000B2240">
      <w:pPr>
        <w:spacing w:after="0" w:line="240" w:lineRule="auto"/>
      </w:pPr>
      <w:r>
        <w:separator/>
      </w:r>
    </w:p>
  </w:footnote>
  <w:footnote w:type="continuationSeparator" w:id="0">
    <w:p w14:paraId="395CBAA0" w14:textId="77777777" w:rsidR="000B2240" w:rsidRDefault="000B22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9674226">
    <w:abstractNumId w:val="8"/>
  </w:num>
  <w:num w:numId="2" w16cid:durableId="536820574">
    <w:abstractNumId w:val="6"/>
  </w:num>
  <w:num w:numId="3" w16cid:durableId="1183787061">
    <w:abstractNumId w:val="5"/>
  </w:num>
  <w:num w:numId="4" w16cid:durableId="11611058">
    <w:abstractNumId w:val="4"/>
  </w:num>
  <w:num w:numId="5" w16cid:durableId="756755511">
    <w:abstractNumId w:val="7"/>
  </w:num>
  <w:num w:numId="6" w16cid:durableId="1435663010">
    <w:abstractNumId w:val="3"/>
  </w:num>
  <w:num w:numId="7" w16cid:durableId="478035186">
    <w:abstractNumId w:val="2"/>
  </w:num>
  <w:num w:numId="8" w16cid:durableId="686054587">
    <w:abstractNumId w:val="1"/>
  </w:num>
  <w:num w:numId="9" w16cid:durableId="199980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2240"/>
    <w:rsid w:val="0015074B"/>
    <w:rsid w:val="00174A26"/>
    <w:rsid w:val="0029639D"/>
    <w:rsid w:val="00326F90"/>
    <w:rsid w:val="00360B32"/>
    <w:rsid w:val="003B6A79"/>
    <w:rsid w:val="003F7000"/>
    <w:rsid w:val="004205A9"/>
    <w:rsid w:val="00444B98"/>
    <w:rsid w:val="00477164"/>
    <w:rsid w:val="00626056"/>
    <w:rsid w:val="007C16D3"/>
    <w:rsid w:val="009927B4"/>
    <w:rsid w:val="00A718AC"/>
    <w:rsid w:val="00AA1D8D"/>
    <w:rsid w:val="00AD13B2"/>
    <w:rsid w:val="00B47730"/>
    <w:rsid w:val="00BA736F"/>
    <w:rsid w:val="00BD5971"/>
    <w:rsid w:val="00BF7627"/>
    <w:rsid w:val="00CB0664"/>
    <w:rsid w:val="00CF3824"/>
    <w:rsid w:val="00D774E2"/>
    <w:rsid w:val="00E60798"/>
    <w:rsid w:val="00F82FF1"/>
    <w:rsid w:val="00FB01C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5A5B1F"/>
  <w14:defaultImageDpi w14:val="300"/>
  <w15:docId w15:val="{657E1809-EF6F-4613-872B-2D10E13CF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eastAsia="Arial" w:hAnsi="Arial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rticol">
    <w:name w:val="Articol"/>
    <w:basedOn w:val="Normal"/>
    <w:pPr>
      <w:spacing w:after="100"/>
    </w:pPr>
  </w:style>
  <w:style w:type="paragraph" w:customStyle="1" w:styleId="Small">
    <w:name w:val="Small"/>
    <w:basedOn w:val="Normal"/>
    <w:pPr>
      <w:spacing w:after="40"/>
    </w:pPr>
    <w:rPr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277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Procedură internă Transfer SMART SPO - adaptată</vt:lpstr>
    </vt:vector>
  </TitlesOfParts>
  <Manager/>
  <Company/>
  <LinksUpToDate>false</LinksUpToDate>
  <CharactersWithSpaces>1886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Procedură internă Transfer SMART SPO - adaptată</dc:title>
  <dc:subject>Verificarea condițiilor de realizare a transferului și a competențelor specifice</dc:subject>
  <dc:creator>ANOFM</dc:creator>
  <cp:keywords>ANOFM, SMART SPO, transfer, funcție publică, procedură internă</cp:keywords>
  <dc:description>generated by python-docx</dc:description>
  <cp:lastModifiedBy>Felicia Calugaru</cp:lastModifiedBy>
  <cp:revision>10</cp:revision>
  <dcterms:created xsi:type="dcterms:W3CDTF">2026-06-08T12:46:00Z</dcterms:created>
  <dcterms:modified xsi:type="dcterms:W3CDTF">2026-07-30T11:53:00Z</dcterms:modified>
  <cp:category/>
</cp:coreProperties>
</file>